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53558" w14:textId="6213366E" w:rsidR="006A3F41" w:rsidRPr="00593837" w:rsidRDefault="006A3F41" w:rsidP="006A3F41">
      <w:pPr>
        <w:spacing w:after="80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Nr sprawy </w:t>
      </w:r>
      <w:r w:rsidR="00593837" w:rsidRPr="00593837">
        <w:rPr>
          <w:rFonts w:ascii="Times New Roman" w:hAnsi="Times New Roman" w:cs="Times New Roman"/>
          <w:lang w:val="pl-PL"/>
        </w:rPr>
        <w:t>ZFŚS/01/2026</w:t>
      </w:r>
    </w:p>
    <w:p w14:paraId="31FCEED3" w14:textId="6A4BCF1B" w:rsidR="0054323A" w:rsidRPr="00593837" w:rsidRDefault="00000000" w:rsidP="005A0AB2">
      <w:pPr>
        <w:spacing w:after="80"/>
        <w:jc w:val="center"/>
        <w:rPr>
          <w:rFonts w:ascii="Times New Roman" w:hAnsi="Times New Roman" w:cs="Times New Roman"/>
          <w:b/>
          <w:bCs/>
          <w:lang w:val="pl-PL"/>
        </w:rPr>
      </w:pPr>
      <w:r w:rsidRPr="00593837">
        <w:rPr>
          <w:rFonts w:ascii="Times New Roman" w:hAnsi="Times New Roman" w:cs="Times New Roman"/>
          <w:b/>
          <w:bCs/>
          <w:lang w:val="pl-PL"/>
        </w:rPr>
        <w:t xml:space="preserve">UMOWA </w:t>
      </w:r>
    </w:p>
    <w:p w14:paraId="4D9467E7" w14:textId="6E958061" w:rsidR="00D45474" w:rsidRPr="00593837" w:rsidRDefault="006A3F41" w:rsidP="00593837">
      <w:pPr>
        <w:spacing w:before="100" w:beforeAutospacing="1" w:after="120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593837">
        <w:rPr>
          <w:rFonts w:ascii="Times New Roman" w:eastAsia="Times New Roman" w:hAnsi="Times New Roman" w:cs="Times New Roman"/>
          <w:b/>
          <w:lang w:val="pl-PL" w:eastAsia="pl-PL"/>
        </w:rPr>
        <w:t>na</w:t>
      </w:r>
      <w:r w:rsidR="00D45474" w:rsidRPr="00593837">
        <w:rPr>
          <w:rFonts w:ascii="Times New Roman" w:eastAsia="Times New Roman" w:hAnsi="Times New Roman" w:cs="Times New Roman"/>
          <w:b/>
          <w:lang w:val="pl-PL" w:eastAsia="pl-PL"/>
        </w:rPr>
        <w:t xml:space="preserve"> organizację dwudniowej wycieczki pracowniczej do Zakopanego</w:t>
      </w:r>
      <w:r w:rsidR="00484402">
        <w:rPr>
          <w:rFonts w:ascii="Times New Roman" w:eastAsia="Times New Roman" w:hAnsi="Times New Roman" w:cs="Times New Roman"/>
          <w:b/>
          <w:lang w:val="pl-PL" w:eastAsia="pl-PL"/>
        </w:rPr>
        <w:t xml:space="preserve"> w woj. małopolskim</w:t>
      </w:r>
    </w:p>
    <w:p w14:paraId="59A29754" w14:textId="77777777" w:rsidR="00D45474" w:rsidRPr="00593837" w:rsidRDefault="00D45474" w:rsidP="00BB4C60">
      <w:pPr>
        <w:spacing w:after="80"/>
        <w:rPr>
          <w:rFonts w:ascii="Times New Roman" w:hAnsi="Times New Roman" w:cs="Times New Roman"/>
          <w:lang w:val="pl-PL"/>
        </w:rPr>
      </w:pPr>
    </w:p>
    <w:p w14:paraId="1FE8BA85" w14:textId="7A19536E" w:rsidR="0054323A" w:rsidRPr="00593837" w:rsidRDefault="00A80CCD" w:rsidP="00BB4C60">
      <w:pPr>
        <w:spacing w:after="80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N</w:t>
      </w:r>
      <w:r w:rsidR="00BB4C60" w:rsidRPr="00593837">
        <w:rPr>
          <w:rFonts w:ascii="Times New Roman" w:hAnsi="Times New Roman" w:cs="Times New Roman"/>
          <w:lang w:val="pl-PL"/>
        </w:rPr>
        <w:t xml:space="preserve">a podstawie </w:t>
      </w:r>
      <w:r w:rsidR="00D45474" w:rsidRPr="00593837">
        <w:rPr>
          <w:rFonts w:ascii="Times New Roman" w:hAnsi="Times New Roman" w:cs="Times New Roman"/>
          <w:lang w:val="pl-PL"/>
        </w:rPr>
        <w:t xml:space="preserve">procedury uproszczonej </w:t>
      </w:r>
      <w:r w:rsidR="00BB4C60" w:rsidRPr="00593837">
        <w:rPr>
          <w:rFonts w:ascii="Times New Roman" w:hAnsi="Times New Roman" w:cs="Times New Roman"/>
          <w:lang w:val="pl-PL"/>
        </w:rPr>
        <w:t xml:space="preserve">Regulaminu udzielania zamówień publicznych do kwoty 170.000,00 PLN </w:t>
      </w:r>
      <w:r w:rsidRPr="00593837">
        <w:rPr>
          <w:rFonts w:ascii="Times New Roman" w:hAnsi="Times New Roman" w:cs="Times New Roman"/>
          <w:lang w:val="pl-PL"/>
        </w:rPr>
        <w:t>pomiędzy:</w:t>
      </w:r>
    </w:p>
    <w:p w14:paraId="23757E27" w14:textId="77777777" w:rsidR="00BB4C60" w:rsidRPr="00593837" w:rsidRDefault="00BB4C60" w:rsidP="00BB4C60">
      <w:pPr>
        <w:pStyle w:val="WW-Tekstpodstawowy2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593837">
        <w:rPr>
          <w:rFonts w:ascii="Times New Roman" w:hAnsi="Times New Roman" w:cs="Times New Roman"/>
          <w:sz w:val="22"/>
          <w:szCs w:val="22"/>
        </w:rPr>
        <w:t xml:space="preserve">Samodzielnym Publicznym Zakładem Opieki Zdrowotnej Sanatorium Uzdrowiskowe „Bristol” Ministerstwa Spraw Wewnętrznych i Administracji w Kudowie-Zdroju, ul. Okrzei 1, 57 - 350 Kudowa – Zdrój   </w:t>
      </w:r>
    </w:p>
    <w:p w14:paraId="6D755DC8" w14:textId="77777777" w:rsidR="00BB4C60" w:rsidRPr="00593837" w:rsidRDefault="00BB4C60" w:rsidP="00BB4C60">
      <w:pPr>
        <w:pStyle w:val="WW-Tekstpodstawowy2"/>
        <w:rPr>
          <w:rFonts w:ascii="Times New Roman" w:hAnsi="Times New Roman" w:cs="Times New Roman"/>
          <w:sz w:val="22"/>
          <w:szCs w:val="22"/>
          <w:u w:val="single"/>
        </w:rPr>
      </w:pPr>
      <w:r w:rsidRPr="00593837">
        <w:rPr>
          <w:rFonts w:ascii="Times New Roman" w:hAnsi="Times New Roman" w:cs="Times New Roman"/>
          <w:sz w:val="22"/>
          <w:szCs w:val="22"/>
          <w:u w:val="single"/>
        </w:rPr>
        <w:t>NIP  883-14-22-340</w:t>
      </w:r>
    </w:p>
    <w:p w14:paraId="67AA545A" w14:textId="77777777" w:rsidR="00BB4C60" w:rsidRPr="00593837" w:rsidRDefault="00BB4C60" w:rsidP="00BB4C60">
      <w:pPr>
        <w:pStyle w:val="WW-Tekstpodstawowy2"/>
        <w:rPr>
          <w:rFonts w:ascii="Times New Roman" w:hAnsi="Times New Roman" w:cs="Times New Roman"/>
          <w:sz w:val="22"/>
          <w:szCs w:val="22"/>
        </w:rPr>
      </w:pPr>
    </w:p>
    <w:p w14:paraId="4A9BA3AA" w14:textId="77777777" w:rsidR="00BB4C60" w:rsidRPr="00593837" w:rsidRDefault="00BB4C60" w:rsidP="00BB4C60">
      <w:pPr>
        <w:rPr>
          <w:rFonts w:ascii="Times New Roman" w:hAnsi="Times New Roman" w:cs="Times New Roman"/>
          <w:b/>
          <w:lang w:val="pl-PL"/>
        </w:rPr>
      </w:pPr>
      <w:r w:rsidRPr="00593837">
        <w:rPr>
          <w:rFonts w:ascii="Times New Roman" w:hAnsi="Times New Roman" w:cs="Times New Roman"/>
          <w:lang w:val="pl-PL"/>
        </w:rPr>
        <w:t>reprezentowanym przez:</w:t>
      </w:r>
    </w:p>
    <w:p w14:paraId="21D27F97" w14:textId="4C58D712" w:rsidR="00BB4C60" w:rsidRPr="00593837" w:rsidRDefault="00BB4C60" w:rsidP="00BB4C60">
      <w:pPr>
        <w:spacing w:after="80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………………………………….</w:t>
      </w:r>
    </w:p>
    <w:p w14:paraId="18DC7C56" w14:textId="6160EF2B" w:rsidR="00BB4C60" w:rsidRPr="00593837" w:rsidRDefault="00BB4C60" w:rsidP="00BB4C60">
      <w:pPr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Zwanym dalej </w:t>
      </w:r>
      <w:r w:rsidR="00A80CCD" w:rsidRPr="00593837">
        <w:rPr>
          <w:rFonts w:ascii="Times New Roman" w:hAnsi="Times New Roman" w:cs="Times New Roman"/>
          <w:lang w:val="pl-PL"/>
        </w:rPr>
        <w:t>Zamawiającym</w:t>
      </w:r>
      <w:r w:rsidRPr="00593837">
        <w:rPr>
          <w:rFonts w:ascii="Times New Roman" w:hAnsi="Times New Roman" w:cs="Times New Roman"/>
          <w:lang w:val="pl-PL"/>
        </w:rPr>
        <w:t xml:space="preserve">, </w:t>
      </w:r>
    </w:p>
    <w:p w14:paraId="305E21E7" w14:textId="1545B42A" w:rsidR="00BB4C60" w:rsidRPr="00593837" w:rsidRDefault="00BB4C60" w:rsidP="00BB4C60">
      <w:pPr>
        <w:spacing w:after="80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a</w:t>
      </w:r>
    </w:p>
    <w:p w14:paraId="73EEF94B" w14:textId="342F43FE" w:rsidR="0054323A" w:rsidRPr="00593837" w:rsidRDefault="00D44F27" w:rsidP="005A0AB2">
      <w:pPr>
        <w:spacing w:after="80"/>
        <w:jc w:val="both"/>
        <w:rPr>
          <w:rFonts w:ascii="Times New Roman" w:hAnsi="Times New Roman" w:cs="Times New Roman"/>
          <w:b/>
          <w:bCs/>
          <w:lang w:val="pl-PL"/>
        </w:rPr>
      </w:pPr>
      <w:r w:rsidRPr="00593837">
        <w:rPr>
          <w:rFonts w:ascii="Times New Roman" w:hAnsi="Times New Roman" w:cs="Times New Roman"/>
          <w:b/>
          <w:bCs/>
          <w:lang w:val="pl-PL"/>
        </w:rPr>
        <w:t>……………………………………………..</w:t>
      </w:r>
    </w:p>
    <w:p w14:paraId="4600C814" w14:textId="76AF0AE9" w:rsidR="0054323A" w:rsidRPr="00593837" w:rsidRDefault="00000000" w:rsidP="005A0AB2">
      <w:pPr>
        <w:spacing w:after="8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ul. </w:t>
      </w:r>
      <w:r w:rsidR="00D44F27" w:rsidRPr="00593837">
        <w:rPr>
          <w:rFonts w:ascii="Times New Roman" w:hAnsi="Times New Roman" w:cs="Times New Roman"/>
          <w:lang w:val="pl-PL"/>
        </w:rPr>
        <w:t>…………………………………………</w:t>
      </w:r>
    </w:p>
    <w:p w14:paraId="73B0E48E" w14:textId="7F4308B9" w:rsidR="0054323A" w:rsidRPr="00593837" w:rsidRDefault="00000000" w:rsidP="005A0AB2">
      <w:pPr>
        <w:spacing w:after="8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tel. </w:t>
      </w:r>
      <w:r w:rsidR="00D44F27" w:rsidRPr="00593837">
        <w:rPr>
          <w:rFonts w:ascii="Times New Roman" w:hAnsi="Times New Roman" w:cs="Times New Roman"/>
          <w:lang w:val="pl-PL"/>
        </w:rPr>
        <w:t>…………………………………</w:t>
      </w:r>
      <w:proofErr w:type="gramStart"/>
      <w:r w:rsidR="00D44F27" w:rsidRPr="00593837">
        <w:rPr>
          <w:rFonts w:ascii="Times New Roman" w:hAnsi="Times New Roman" w:cs="Times New Roman"/>
          <w:lang w:val="pl-PL"/>
        </w:rPr>
        <w:t>…….</w:t>
      </w:r>
      <w:proofErr w:type="gramEnd"/>
      <w:r w:rsidR="00D44F27" w:rsidRPr="00593837">
        <w:rPr>
          <w:rFonts w:ascii="Times New Roman" w:hAnsi="Times New Roman" w:cs="Times New Roman"/>
          <w:lang w:val="pl-PL"/>
        </w:rPr>
        <w:t>.</w:t>
      </w:r>
    </w:p>
    <w:p w14:paraId="159D7AF6" w14:textId="28A91E66" w:rsidR="002F2CBF" w:rsidRPr="00593837" w:rsidRDefault="002F2CBF" w:rsidP="005A0AB2">
      <w:pPr>
        <w:spacing w:after="8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NIP: </w:t>
      </w:r>
      <w:r w:rsidR="00D44F27" w:rsidRPr="00593837">
        <w:rPr>
          <w:rFonts w:ascii="Times New Roman" w:hAnsi="Times New Roman" w:cs="Times New Roman"/>
          <w:lang w:val="pl-PL"/>
        </w:rPr>
        <w:t>……………………………………….</w:t>
      </w:r>
    </w:p>
    <w:p w14:paraId="2276523A" w14:textId="336C7D70" w:rsidR="00E6043B" w:rsidRPr="00593837" w:rsidRDefault="00E6043B" w:rsidP="005A0AB2">
      <w:pPr>
        <w:spacing w:after="8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Reprezentowanym przez:</w:t>
      </w:r>
    </w:p>
    <w:p w14:paraId="4CC83E22" w14:textId="70C8DB1F" w:rsidR="00E6043B" w:rsidRPr="00593837" w:rsidRDefault="00D44F27" w:rsidP="005A0AB2">
      <w:pPr>
        <w:spacing w:after="8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……………………………………………</w:t>
      </w:r>
    </w:p>
    <w:p w14:paraId="284D6571" w14:textId="73940AF2" w:rsidR="00E6043B" w:rsidRPr="00593837" w:rsidRDefault="00E6043B" w:rsidP="005A0AB2">
      <w:pPr>
        <w:spacing w:after="8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Zwanym dalej Organizatorem,</w:t>
      </w:r>
    </w:p>
    <w:p w14:paraId="6B43B15B" w14:textId="08AD7F1F" w:rsidR="0054323A" w:rsidRPr="00593837" w:rsidRDefault="00E6043B" w:rsidP="005F2A19">
      <w:pPr>
        <w:pStyle w:val="Standard"/>
        <w:suppressLineNumbers/>
        <w:spacing w:after="12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93837">
        <w:rPr>
          <w:rFonts w:ascii="Times New Roman" w:hAnsi="Times New Roman" w:cs="Times New Roman"/>
          <w:sz w:val="22"/>
          <w:szCs w:val="22"/>
        </w:rPr>
        <w:t>została zawarta w Kudowie - Zdroju umowa o następującej treści:</w:t>
      </w:r>
    </w:p>
    <w:p w14:paraId="4E1DAB0B" w14:textId="77777777" w:rsidR="00E6043B" w:rsidRPr="00593837" w:rsidRDefault="00000000" w:rsidP="005F2A19">
      <w:pPr>
        <w:spacing w:after="120"/>
        <w:jc w:val="center"/>
        <w:rPr>
          <w:rFonts w:ascii="Times New Roman" w:hAnsi="Times New Roman" w:cs="Times New Roman"/>
          <w:b/>
          <w:bCs/>
          <w:lang w:val="pl-PL"/>
        </w:rPr>
      </w:pPr>
      <w:r w:rsidRPr="00593837">
        <w:rPr>
          <w:rFonts w:ascii="Times New Roman" w:hAnsi="Times New Roman" w:cs="Times New Roman"/>
          <w:b/>
          <w:bCs/>
          <w:lang w:val="pl-PL"/>
        </w:rPr>
        <w:t xml:space="preserve">§1 </w:t>
      </w:r>
    </w:p>
    <w:p w14:paraId="15956C54" w14:textId="77777777" w:rsidR="00D45474" w:rsidRPr="00593837" w:rsidRDefault="00D45474" w:rsidP="005F2A19">
      <w:pPr>
        <w:spacing w:after="120"/>
        <w:jc w:val="center"/>
        <w:rPr>
          <w:rFonts w:ascii="Times New Roman" w:hAnsi="Times New Roman" w:cs="Times New Roman"/>
          <w:b/>
          <w:bCs/>
          <w:lang w:val="pl-PL"/>
        </w:rPr>
      </w:pPr>
      <w:r w:rsidRPr="00593837">
        <w:rPr>
          <w:rFonts w:ascii="Times New Roman" w:hAnsi="Times New Roman" w:cs="Times New Roman"/>
          <w:b/>
          <w:bCs/>
          <w:lang w:val="pl-PL"/>
        </w:rPr>
        <w:t>Przedmiot umowy</w:t>
      </w:r>
    </w:p>
    <w:p w14:paraId="42BB960F" w14:textId="571C221A" w:rsidR="00D45474" w:rsidRPr="00593837" w:rsidRDefault="00D45474" w:rsidP="00B971C9">
      <w:pPr>
        <w:numPr>
          <w:ilvl w:val="0"/>
          <w:numId w:val="23"/>
        </w:numPr>
        <w:tabs>
          <w:tab w:val="clear" w:pos="720"/>
          <w:tab w:val="num" w:pos="426"/>
        </w:tabs>
        <w:spacing w:after="100"/>
        <w:ind w:left="426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Zamawiający zleca, a Organizator zobowiązuje się do kompleksowej organizacji dwudniowej wycieczki pracowniczej do Warszawy dla grupy liczącej 5</w:t>
      </w:r>
      <w:r w:rsidR="00040173" w:rsidRPr="00593837">
        <w:rPr>
          <w:rFonts w:ascii="Times New Roman" w:eastAsia="Times New Roman" w:hAnsi="Times New Roman" w:cs="Times New Roman"/>
          <w:lang w:val="pl-PL" w:eastAsia="pl-PL"/>
        </w:rPr>
        <w:t>7</w:t>
      </w: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 osób.</w:t>
      </w:r>
    </w:p>
    <w:p w14:paraId="31789963" w14:textId="63CD980C" w:rsidR="00D45474" w:rsidRPr="00593837" w:rsidRDefault="00D45474" w:rsidP="00B971C9">
      <w:pPr>
        <w:numPr>
          <w:ilvl w:val="0"/>
          <w:numId w:val="23"/>
        </w:numPr>
        <w:tabs>
          <w:tab w:val="clear" w:pos="720"/>
          <w:tab w:val="num" w:pos="426"/>
        </w:tabs>
        <w:spacing w:after="100"/>
        <w:ind w:left="426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Wycieczka odbędzie się w terminie od dnia ………………………… do dnia …………………… r.</w:t>
      </w:r>
    </w:p>
    <w:p w14:paraId="7AA13FEE" w14:textId="77777777" w:rsidR="00D45474" w:rsidRPr="00593837" w:rsidRDefault="00D45474" w:rsidP="00B971C9">
      <w:pPr>
        <w:numPr>
          <w:ilvl w:val="0"/>
          <w:numId w:val="23"/>
        </w:numPr>
        <w:tabs>
          <w:tab w:val="clear" w:pos="720"/>
          <w:tab w:val="num" w:pos="426"/>
        </w:tabs>
        <w:spacing w:after="100"/>
        <w:ind w:left="426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Miejscem rozpoczęcia i zakończenia wycieczki będzie …………………………………………………………………………</w:t>
      </w:r>
    </w:p>
    <w:p w14:paraId="171E8CEB" w14:textId="77777777" w:rsidR="00D45474" w:rsidRPr="00593837" w:rsidRDefault="00D45474" w:rsidP="00B971C9">
      <w:pPr>
        <w:numPr>
          <w:ilvl w:val="0"/>
          <w:numId w:val="23"/>
        </w:numPr>
        <w:tabs>
          <w:tab w:val="clear" w:pos="720"/>
          <w:tab w:val="num" w:pos="426"/>
        </w:tabs>
        <w:spacing w:after="100"/>
        <w:ind w:left="426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Wycieczka obejmuje w szczególności:</w:t>
      </w:r>
    </w:p>
    <w:p w14:paraId="0A10C5CD" w14:textId="647DC307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przejazd autokarem do Zakopanego i </w:t>
      </w:r>
      <w:r w:rsidR="000F64FE">
        <w:rPr>
          <w:rFonts w:ascii="Times New Roman" w:eastAsia="Times New Roman" w:hAnsi="Times New Roman" w:cs="Times New Roman"/>
          <w:lang w:val="pl-PL" w:eastAsia="pl-PL"/>
        </w:rPr>
        <w:t>z</w:t>
      </w:r>
      <w:r w:rsidR="000F64FE" w:rsidRPr="00593837">
        <w:rPr>
          <w:rFonts w:ascii="Times New Roman" w:eastAsia="Times New Roman" w:hAnsi="Times New Roman" w:cs="Times New Roman"/>
          <w:lang w:val="pl-PL" w:eastAsia="pl-PL"/>
        </w:rPr>
        <w:t xml:space="preserve"> powrotem</w:t>
      </w:r>
      <w:r w:rsidRPr="00593837">
        <w:rPr>
          <w:rFonts w:ascii="Times New Roman" w:eastAsia="Times New Roman" w:hAnsi="Times New Roman" w:cs="Times New Roman"/>
          <w:lang w:val="pl-PL" w:eastAsia="pl-PL"/>
        </w:rPr>
        <w:t>;</w:t>
      </w:r>
      <w:r w:rsidR="000F64FE">
        <w:rPr>
          <w:rFonts w:ascii="Times New Roman" w:eastAsia="Times New Roman" w:hAnsi="Times New Roman" w:cs="Times New Roman"/>
          <w:lang w:val="pl-PL" w:eastAsia="pl-PL"/>
        </w:rPr>
        <w:t xml:space="preserve"> </w:t>
      </w:r>
    </w:p>
    <w:p w14:paraId="40810651" w14:textId="767580AC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transport lokalny </w:t>
      </w:r>
      <w:r w:rsidR="00484402">
        <w:rPr>
          <w:rFonts w:ascii="Times New Roman" w:eastAsia="Times New Roman" w:hAnsi="Times New Roman" w:cs="Times New Roman"/>
          <w:lang w:val="pl-PL" w:eastAsia="pl-PL"/>
        </w:rPr>
        <w:t xml:space="preserve">autokarem </w:t>
      </w:r>
      <w:r w:rsidRPr="00593837">
        <w:rPr>
          <w:rFonts w:ascii="Times New Roman" w:eastAsia="Times New Roman" w:hAnsi="Times New Roman" w:cs="Times New Roman"/>
          <w:lang w:val="pl-PL" w:eastAsia="pl-PL"/>
        </w:rPr>
        <w:t>w Zakopanym</w:t>
      </w:r>
      <w:r w:rsidR="00484402">
        <w:rPr>
          <w:rFonts w:ascii="Times New Roman" w:eastAsia="Times New Roman" w:hAnsi="Times New Roman" w:cs="Times New Roman"/>
          <w:lang w:val="pl-PL" w:eastAsia="pl-PL"/>
        </w:rPr>
        <w:t xml:space="preserve"> zgodnie z programem określonym w ust. 5</w:t>
      </w:r>
      <w:r w:rsidRPr="00593837">
        <w:rPr>
          <w:rFonts w:ascii="Times New Roman" w:eastAsia="Times New Roman" w:hAnsi="Times New Roman" w:cs="Times New Roman"/>
          <w:lang w:val="pl-PL" w:eastAsia="pl-PL"/>
        </w:rPr>
        <w:t>;</w:t>
      </w:r>
    </w:p>
    <w:p w14:paraId="30DC17C9" w14:textId="3344C6C5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zakwaterowanie uczestników na dwie noce;</w:t>
      </w:r>
    </w:p>
    <w:p w14:paraId="06894301" w14:textId="77777777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wyżywienie zgodnie z programem;</w:t>
      </w:r>
    </w:p>
    <w:p w14:paraId="5ADC2DB1" w14:textId="3248F210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zwiedzanie Zakopanego i okolic zgodnie z programem;</w:t>
      </w:r>
    </w:p>
    <w:p w14:paraId="4BD1BF35" w14:textId="77159A52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lastRenderedPageBreak/>
        <w:t xml:space="preserve">usługi </w:t>
      </w:r>
      <w:r w:rsidR="00A80EE9" w:rsidRPr="00593837">
        <w:rPr>
          <w:rFonts w:ascii="Times New Roman" w:eastAsia="Times New Roman" w:hAnsi="Times New Roman" w:cs="Times New Roman"/>
          <w:lang w:val="pl-PL" w:eastAsia="pl-PL"/>
        </w:rPr>
        <w:t>przewodnika, zgodnie z programem wyjazdu</w:t>
      </w:r>
    </w:p>
    <w:p w14:paraId="61017557" w14:textId="77777777" w:rsidR="00A80EE9" w:rsidRPr="00593837" w:rsidRDefault="00A80EE9" w:rsidP="00B971C9">
      <w:pPr>
        <w:pStyle w:val="Akapitzlist"/>
        <w:numPr>
          <w:ilvl w:val="1"/>
          <w:numId w:val="24"/>
        </w:numPr>
        <w:spacing w:after="100"/>
        <w:ind w:left="851"/>
        <w:contextualSpacing w:val="0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bilety na wjazd i zjazd Kasprowy Wierch;</w:t>
      </w:r>
    </w:p>
    <w:p w14:paraId="0FFF6F16" w14:textId="77777777" w:rsidR="00A80EE9" w:rsidRPr="00593837" w:rsidRDefault="00A80EE9" w:rsidP="00B971C9">
      <w:pPr>
        <w:pStyle w:val="Akapitzlist"/>
        <w:numPr>
          <w:ilvl w:val="1"/>
          <w:numId w:val="24"/>
        </w:numPr>
        <w:spacing w:after="100"/>
        <w:ind w:left="851"/>
        <w:contextualSpacing w:val="0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bilety na spływ tratwami po Dunajcu;</w:t>
      </w:r>
    </w:p>
    <w:p w14:paraId="555568B8" w14:textId="77777777" w:rsidR="00A80EE9" w:rsidRPr="00593837" w:rsidRDefault="00A80EE9" w:rsidP="00B971C9">
      <w:pPr>
        <w:pStyle w:val="Akapitzlist"/>
        <w:numPr>
          <w:ilvl w:val="1"/>
          <w:numId w:val="24"/>
        </w:numPr>
        <w:spacing w:after="100"/>
        <w:ind w:left="851"/>
        <w:contextualSpacing w:val="0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występ kapeli góralskiej;</w:t>
      </w:r>
    </w:p>
    <w:p w14:paraId="6D51FF48" w14:textId="196FC68E" w:rsidR="00D45474" w:rsidRPr="00593837" w:rsidRDefault="00D45474" w:rsidP="00B971C9">
      <w:pPr>
        <w:numPr>
          <w:ilvl w:val="1"/>
          <w:numId w:val="24"/>
        </w:numPr>
        <w:spacing w:after="100"/>
        <w:ind w:left="851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ubezpieczenie </w:t>
      </w:r>
      <w:r w:rsidR="00A80EE9" w:rsidRPr="00593837">
        <w:rPr>
          <w:rFonts w:ascii="Times New Roman" w:eastAsia="Times New Roman" w:hAnsi="Times New Roman" w:cs="Times New Roman"/>
          <w:lang w:val="pl-PL" w:eastAsia="pl-PL"/>
        </w:rPr>
        <w:t xml:space="preserve">NNW/KL </w:t>
      </w:r>
      <w:r w:rsidRPr="00593837">
        <w:rPr>
          <w:rFonts w:ascii="Times New Roman" w:eastAsia="Times New Roman" w:hAnsi="Times New Roman" w:cs="Times New Roman"/>
          <w:lang w:val="pl-PL" w:eastAsia="pl-PL"/>
        </w:rPr>
        <w:t>uczestników</w:t>
      </w:r>
      <w:r w:rsidR="00A80EE9" w:rsidRPr="00593837">
        <w:rPr>
          <w:rFonts w:ascii="Times New Roman" w:eastAsia="Times New Roman" w:hAnsi="Times New Roman" w:cs="Times New Roman"/>
          <w:lang w:val="pl-PL" w:eastAsia="pl-PL"/>
        </w:rPr>
        <w:t>;</w:t>
      </w:r>
    </w:p>
    <w:p w14:paraId="7DBB59B9" w14:textId="77777777" w:rsidR="00D45474" w:rsidRPr="00593837" w:rsidRDefault="00D45474" w:rsidP="00B971C9">
      <w:pPr>
        <w:numPr>
          <w:ilvl w:val="0"/>
          <w:numId w:val="23"/>
        </w:numPr>
        <w:tabs>
          <w:tab w:val="clear" w:pos="720"/>
          <w:tab w:val="num" w:pos="426"/>
        </w:tabs>
        <w:spacing w:after="100"/>
        <w:ind w:left="426" w:hanging="357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Szczegółowy program, standard świadczeń oraz zakres usług określają załączniki do umowy.</w:t>
      </w:r>
    </w:p>
    <w:p w14:paraId="6FADE8E9" w14:textId="6A662E4D" w:rsidR="00A0545E" w:rsidRPr="00593837" w:rsidRDefault="00A0545E" w:rsidP="00B971C9">
      <w:pPr>
        <w:pStyle w:val="Nagwek2"/>
        <w:numPr>
          <w:ilvl w:val="2"/>
          <w:numId w:val="23"/>
        </w:numPr>
        <w:spacing w:before="0" w:after="100"/>
        <w:ind w:left="851"/>
        <w:jc w:val="both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593837">
        <w:rPr>
          <w:rFonts w:ascii="Times New Roman" w:hAnsi="Times New Roman" w:cs="Times New Roman"/>
          <w:color w:val="auto"/>
          <w:sz w:val="22"/>
          <w:szCs w:val="22"/>
          <w:lang w:val="pl-PL"/>
        </w:rPr>
        <w:t>Dzień 1 – piątek, 4 czerwca 2027 r. | Przejazd i wieczór grillowy</w:t>
      </w:r>
    </w:p>
    <w:p w14:paraId="7DCD291A" w14:textId="662B8086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16:00  </w:t>
      </w:r>
      <w:r w:rsidRPr="00593837">
        <w:rPr>
          <w:rFonts w:ascii="Times New Roman" w:hAnsi="Times New Roman" w:cs="Times New Roman"/>
          <w:lang w:val="pl-PL"/>
        </w:rPr>
        <w:t>Wyjazd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</w:t>
      </w:r>
      <w:r w:rsidR="00484402">
        <w:rPr>
          <w:rFonts w:ascii="Times New Roman" w:hAnsi="Times New Roman" w:cs="Times New Roman"/>
          <w:lang w:val="pl-PL"/>
        </w:rPr>
        <w:t xml:space="preserve">autokarem </w:t>
      </w:r>
      <w:r w:rsidRPr="00593837">
        <w:rPr>
          <w:rFonts w:ascii="Times New Roman" w:hAnsi="Times New Roman" w:cs="Times New Roman"/>
          <w:lang w:val="pl-PL"/>
        </w:rPr>
        <w:t xml:space="preserve">z </w:t>
      </w:r>
      <w:proofErr w:type="spellStart"/>
      <w:r w:rsidRPr="00593837">
        <w:rPr>
          <w:rFonts w:ascii="Times New Roman" w:hAnsi="Times New Roman" w:cs="Times New Roman"/>
          <w:lang w:val="pl-PL"/>
        </w:rPr>
        <w:t>Kudowy-Zdroju</w:t>
      </w:r>
      <w:proofErr w:type="spellEnd"/>
      <w:r w:rsidR="00484402">
        <w:rPr>
          <w:rFonts w:ascii="Times New Roman" w:hAnsi="Times New Roman" w:cs="Times New Roman"/>
          <w:lang w:val="pl-PL"/>
        </w:rPr>
        <w:t xml:space="preserve"> do Zakopanego.</w:t>
      </w:r>
    </w:p>
    <w:p w14:paraId="42AED164" w14:textId="74E75F59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b/>
          <w:lang w:val="pl-PL"/>
        </w:rPr>
        <w:t xml:space="preserve">ok. </w:t>
      </w: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22:00  </w:t>
      </w:r>
      <w:r w:rsidRPr="00593837">
        <w:rPr>
          <w:rFonts w:ascii="Times New Roman" w:hAnsi="Times New Roman" w:cs="Times New Roman"/>
          <w:lang w:val="pl-PL"/>
        </w:rPr>
        <w:t>Przyjazd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do Zakopanego i zakwaterowanie </w:t>
      </w:r>
      <w:r w:rsidR="00A80CCD" w:rsidRPr="00593837">
        <w:rPr>
          <w:rFonts w:ascii="Times New Roman" w:hAnsi="Times New Roman" w:cs="Times New Roman"/>
          <w:lang w:val="pl-PL"/>
        </w:rPr>
        <w:t>w obiekcie</w:t>
      </w:r>
      <w:r w:rsidRPr="00593837">
        <w:rPr>
          <w:rFonts w:ascii="Times New Roman" w:hAnsi="Times New Roman" w:cs="Times New Roman"/>
          <w:lang w:val="pl-PL"/>
        </w:rPr>
        <w:t xml:space="preserve"> oddalony</w:t>
      </w:r>
      <w:r w:rsidR="00A80CCD" w:rsidRPr="00593837">
        <w:rPr>
          <w:rFonts w:ascii="Times New Roman" w:hAnsi="Times New Roman" w:cs="Times New Roman"/>
          <w:lang w:val="pl-PL"/>
        </w:rPr>
        <w:t>m</w:t>
      </w:r>
      <w:r w:rsidRPr="00593837">
        <w:rPr>
          <w:rFonts w:ascii="Times New Roman" w:hAnsi="Times New Roman" w:cs="Times New Roman"/>
          <w:lang w:val="pl-PL"/>
        </w:rPr>
        <w:t xml:space="preserve"> od centrum Zakopanego </w:t>
      </w:r>
      <w:proofErr w:type="gramStart"/>
      <w:r w:rsidR="005F2A19" w:rsidRPr="00593837">
        <w:rPr>
          <w:rFonts w:ascii="Times New Roman" w:hAnsi="Times New Roman" w:cs="Times New Roman"/>
          <w:lang w:val="pl-PL"/>
        </w:rPr>
        <w:t>nie dalej</w:t>
      </w:r>
      <w:proofErr w:type="gramEnd"/>
      <w:r w:rsidR="00A80CCD" w:rsidRPr="00593837">
        <w:rPr>
          <w:rFonts w:ascii="Times New Roman" w:hAnsi="Times New Roman" w:cs="Times New Roman"/>
          <w:lang w:val="pl-PL"/>
        </w:rPr>
        <w:t xml:space="preserve"> niż </w:t>
      </w:r>
      <w:r w:rsidR="00454F9D" w:rsidRPr="00593837">
        <w:rPr>
          <w:rFonts w:ascii="Times New Roman" w:hAnsi="Times New Roman" w:cs="Times New Roman"/>
          <w:lang w:val="pl-PL"/>
        </w:rPr>
        <w:t>20</w:t>
      </w:r>
      <w:r w:rsidR="00A80CCD" w:rsidRPr="00593837">
        <w:rPr>
          <w:rFonts w:ascii="Times New Roman" w:hAnsi="Times New Roman" w:cs="Times New Roman"/>
          <w:lang w:val="pl-PL"/>
        </w:rPr>
        <w:t xml:space="preserve"> </w:t>
      </w:r>
      <w:r w:rsidRPr="00593837">
        <w:rPr>
          <w:rFonts w:ascii="Times New Roman" w:hAnsi="Times New Roman" w:cs="Times New Roman"/>
          <w:lang w:val="pl-PL"/>
        </w:rPr>
        <w:t xml:space="preserve">km. Do </w:t>
      </w:r>
      <w:r w:rsidR="00454F9D" w:rsidRPr="00593837">
        <w:rPr>
          <w:rFonts w:ascii="Times New Roman" w:hAnsi="Times New Roman" w:cs="Times New Roman"/>
          <w:lang w:val="pl-PL"/>
        </w:rPr>
        <w:t>dyspozycji</w:t>
      </w:r>
      <w:r w:rsidRPr="00593837">
        <w:rPr>
          <w:rFonts w:ascii="Times New Roman" w:hAnsi="Times New Roman" w:cs="Times New Roman"/>
          <w:lang w:val="pl-PL"/>
        </w:rPr>
        <w:t xml:space="preserve"> pokoje 1-,2-, 3- 4- 5- osobowe.</w:t>
      </w:r>
    </w:p>
    <w:p w14:paraId="47A3C869" w14:textId="7822273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b/>
          <w:lang w:val="pl-PL"/>
        </w:rPr>
        <w:t xml:space="preserve">Ok. </w:t>
      </w: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22.30  </w:t>
      </w:r>
      <w:r w:rsidRPr="00593837">
        <w:rPr>
          <w:rFonts w:ascii="Times New Roman" w:hAnsi="Times New Roman" w:cs="Times New Roman"/>
          <w:lang w:val="pl-PL"/>
        </w:rPr>
        <w:t>Obiadokolacja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w formie grilla: </w:t>
      </w:r>
      <w:r w:rsidR="00E4149A">
        <w:rPr>
          <w:rFonts w:ascii="Times New Roman" w:hAnsi="Times New Roman" w:cs="Times New Roman"/>
          <w:lang w:val="pl-PL"/>
        </w:rPr>
        <w:t>…………………………………………….</w:t>
      </w:r>
    </w:p>
    <w:p w14:paraId="714C513D" w14:textId="1F1468C8" w:rsidR="00A0545E" w:rsidRPr="00593837" w:rsidRDefault="00A0545E" w:rsidP="00B971C9">
      <w:pPr>
        <w:pStyle w:val="Nagwek2"/>
        <w:numPr>
          <w:ilvl w:val="2"/>
          <w:numId w:val="23"/>
        </w:numPr>
        <w:spacing w:before="0" w:after="100"/>
        <w:ind w:left="851"/>
        <w:jc w:val="both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593837">
        <w:rPr>
          <w:rFonts w:ascii="Times New Roman" w:hAnsi="Times New Roman" w:cs="Times New Roman"/>
          <w:color w:val="auto"/>
          <w:sz w:val="22"/>
          <w:szCs w:val="22"/>
          <w:lang w:val="pl-PL"/>
        </w:rPr>
        <w:t>Dzień 2 – sobota, 5 czerwca 2027 r. | Dunajec, Szczawnica i Zakopane</w:t>
      </w:r>
    </w:p>
    <w:p w14:paraId="17D57CFC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08:00  </w:t>
      </w:r>
      <w:r w:rsidRPr="00593837">
        <w:rPr>
          <w:rFonts w:ascii="Times New Roman" w:hAnsi="Times New Roman" w:cs="Times New Roman"/>
          <w:lang w:val="pl-PL"/>
        </w:rPr>
        <w:t>Śniadanie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w formie bufetu szwedzkiego.</w:t>
      </w:r>
    </w:p>
    <w:p w14:paraId="742891B5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10:00  </w:t>
      </w:r>
      <w:r w:rsidRPr="00593837">
        <w:rPr>
          <w:rFonts w:ascii="Times New Roman" w:hAnsi="Times New Roman" w:cs="Times New Roman"/>
          <w:lang w:val="pl-PL"/>
        </w:rPr>
        <w:t>Spływ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tratwami przez malowniczy przełom Dunajca.</w:t>
      </w:r>
    </w:p>
    <w:p w14:paraId="536AB581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14:00  </w:t>
      </w:r>
      <w:r w:rsidRPr="00593837">
        <w:rPr>
          <w:rFonts w:ascii="Times New Roman" w:hAnsi="Times New Roman" w:cs="Times New Roman"/>
          <w:lang w:val="pl-PL"/>
        </w:rPr>
        <w:t>Spacer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po uzdrowisku w Szczawnicy oraz wizyta w pijalni wód.</w:t>
      </w:r>
    </w:p>
    <w:p w14:paraId="3FC1ED4E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b/>
          <w:lang w:val="pl-PL"/>
        </w:rPr>
        <w:t xml:space="preserve">Po </w:t>
      </w: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południu  </w:t>
      </w:r>
      <w:r w:rsidRPr="00593837">
        <w:rPr>
          <w:rFonts w:ascii="Times New Roman" w:hAnsi="Times New Roman" w:cs="Times New Roman"/>
          <w:lang w:val="pl-PL"/>
        </w:rPr>
        <w:t>Zwiedzanie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Zakopanego: kościół i cmentarz na </w:t>
      </w:r>
      <w:proofErr w:type="spellStart"/>
      <w:r w:rsidRPr="00593837">
        <w:rPr>
          <w:rFonts w:ascii="Times New Roman" w:hAnsi="Times New Roman" w:cs="Times New Roman"/>
          <w:lang w:val="pl-PL"/>
        </w:rPr>
        <w:t>Pęksowym</w:t>
      </w:r>
      <w:proofErr w:type="spellEnd"/>
      <w:r w:rsidRPr="00593837">
        <w:rPr>
          <w:rFonts w:ascii="Times New Roman" w:hAnsi="Times New Roman" w:cs="Times New Roman"/>
          <w:lang w:val="pl-PL"/>
        </w:rPr>
        <w:t xml:space="preserve"> </w:t>
      </w:r>
      <w:proofErr w:type="spellStart"/>
      <w:r w:rsidRPr="00593837">
        <w:rPr>
          <w:rFonts w:ascii="Times New Roman" w:hAnsi="Times New Roman" w:cs="Times New Roman"/>
          <w:lang w:val="pl-PL"/>
        </w:rPr>
        <w:t>Brzyzku</w:t>
      </w:r>
      <w:proofErr w:type="spellEnd"/>
      <w:r w:rsidRPr="00593837">
        <w:rPr>
          <w:rFonts w:ascii="Times New Roman" w:hAnsi="Times New Roman" w:cs="Times New Roman"/>
          <w:lang w:val="pl-PL"/>
        </w:rPr>
        <w:t>. Następnie czas wolny na Krupówkach (około 3 godziny).</w:t>
      </w:r>
    </w:p>
    <w:p w14:paraId="0DB9A234" w14:textId="4F4CA3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b/>
          <w:lang w:val="pl-PL"/>
        </w:rPr>
        <w:t xml:space="preserve">17.30/ 18.00 </w:t>
      </w: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Obiad  </w:t>
      </w:r>
      <w:r w:rsidR="00E4149A">
        <w:rPr>
          <w:rFonts w:ascii="Times New Roman" w:hAnsi="Times New Roman" w:cs="Times New Roman"/>
          <w:lang w:val="pl-PL"/>
        </w:rPr>
        <w:t>-</w:t>
      </w:r>
      <w:proofErr w:type="gramEnd"/>
      <w:r w:rsidR="00E4149A">
        <w:rPr>
          <w:rFonts w:ascii="Times New Roman" w:hAnsi="Times New Roman" w:cs="Times New Roman"/>
          <w:lang w:val="pl-PL"/>
        </w:rPr>
        <w:t xml:space="preserve"> …………………………………………………………………………………..</w:t>
      </w:r>
      <w:r w:rsidRPr="00593837">
        <w:rPr>
          <w:rFonts w:ascii="Times New Roman" w:hAnsi="Times New Roman" w:cs="Times New Roman"/>
          <w:lang w:val="pl-PL"/>
        </w:rPr>
        <w:t>.</w:t>
      </w:r>
    </w:p>
    <w:p w14:paraId="259068B4" w14:textId="354FE258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20.00  </w:t>
      </w:r>
      <w:r w:rsidRPr="00593837">
        <w:rPr>
          <w:rFonts w:ascii="Times New Roman" w:hAnsi="Times New Roman" w:cs="Times New Roman"/>
          <w:lang w:val="pl-PL"/>
        </w:rPr>
        <w:t>Kolacja</w:t>
      </w:r>
      <w:proofErr w:type="gramEnd"/>
      <w:r w:rsidR="005C69E1">
        <w:rPr>
          <w:rFonts w:ascii="Times New Roman" w:hAnsi="Times New Roman" w:cs="Times New Roman"/>
          <w:lang w:val="pl-PL"/>
        </w:rPr>
        <w:t xml:space="preserve"> </w:t>
      </w:r>
      <w:r w:rsidRPr="00593837">
        <w:rPr>
          <w:rFonts w:ascii="Times New Roman" w:hAnsi="Times New Roman" w:cs="Times New Roman"/>
          <w:lang w:val="pl-PL"/>
        </w:rPr>
        <w:t>– stół szwedzki zastawiony swojskimi produktami, sałatkami, ciastami i innymi przekąskami. Spotkanie z kapelą góralską i wspólna zabawa.</w:t>
      </w:r>
    </w:p>
    <w:p w14:paraId="300D83A1" w14:textId="33E5A659" w:rsidR="00A0545E" w:rsidRPr="00593837" w:rsidRDefault="00A0545E" w:rsidP="00B971C9">
      <w:pPr>
        <w:pStyle w:val="Nagwek2"/>
        <w:numPr>
          <w:ilvl w:val="2"/>
          <w:numId w:val="23"/>
        </w:numPr>
        <w:spacing w:before="0" w:after="100"/>
        <w:ind w:left="851"/>
        <w:jc w:val="both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593837">
        <w:rPr>
          <w:rFonts w:ascii="Times New Roman" w:hAnsi="Times New Roman" w:cs="Times New Roman"/>
          <w:color w:val="auto"/>
          <w:sz w:val="22"/>
          <w:szCs w:val="22"/>
          <w:lang w:val="pl-PL"/>
        </w:rPr>
        <w:t>Dzień 3 – niedziela, 6 czerwca 2027 r. | Kasprowy Wierch i powrót</w:t>
      </w:r>
    </w:p>
    <w:p w14:paraId="117F80D9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08:00  </w:t>
      </w:r>
      <w:r w:rsidRPr="00593837">
        <w:rPr>
          <w:rFonts w:ascii="Times New Roman" w:hAnsi="Times New Roman" w:cs="Times New Roman"/>
          <w:lang w:val="pl-PL"/>
        </w:rPr>
        <w:t>Śniadanie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w formie stołu szwedzkiego.</w:t>
      </w:r>
    </w:p>
    <w:p w14:paraId="637EB1A3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10:00  </w:t>
      </w:r>
      <w:r w:rsidRPr="00593837">
        <w:rPr>
          <w:rFonts w:ascii="Times New Roman" w:hAnsi="Times New Roman" w:cs="Times New Roman"/>
          <w:lang w:val="pl-PL"/>
        </w:rPr>
        <w:t>Wyjazd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na Kasprowy Wierch i zjazd ze szczytu.</w:t>
      </w:r>
    </w:p>
    <w:p w14:paraId="0E71ABE2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14:00  </w:t>
      </w:r>
      <w:r w:rsidRPr="00593837">
        <w:rPr>
          <w:rFonts w:ascii="Times New Roman" w:hAnsi="Times New Roman" w:cs="Times New Roman"/>
          <w:lang w:val="pl-PL"/>
        </w:rPr>
        <w:t>Czas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wolny do dyspozycji uczestników na Krupówkach.</w:t>
      </w:r>
    </w:p>
    <w:p w14:paraId="39DBC5A2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17:00  </w:t>
      </w:r>
      <w:r w:rsidRPr="00593837">
        <w:rPr>
          <w:rFonts w:ascii="Times New Roman" w:hAnsi="Times New Roman" w:cs="Times New Roman"/>
          <w:lang w:val="pl-PL"/>
        </w:rPr>
        <w:t>Wyjazd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powrotny z Zakopanego.</w:t>
      </w:r>
    </w:p>
    <w:p w14:paraId="3F39AB19" w14:textId="77777777" w:rsidR="00A0545E" w:rsidRPr="00593837" w:rsidRDefault="00A0545E" w:rsidP="00B971C9">
      <w:pPr>
        <w:pStyle w:val="Akapitzlist"/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b/>
          <w:lang w:val="pl-PL"/>
        </w:rPr>
        <w:t xml:space="preserve">ok. </w:t>
      </w:r>
      <w:proofErr w:type="gramStart"/>
      <w:r w:rsidRPr="00593837">
        <w:rPr>
          <w:rFonts w:ascii="Times New Roman" w:hAnsi="Times New Roman" w:cs="Times New Roman"/>
          <w:b/>
          <w:lang w:val="pl-PL"/>
        </w:rPr>
        <w:t xml:space="preserve">23:00  </w:t>
      </w:r>
      <w:r w:rsidRPr="00593837">
        <w:rPr>
          <w:rFonts w:ascii="Times New Roman" w:hAnsi="Times New Roman" w:cs="Times New Roman"/>
          <w:lang w:val="pl-PL"/>
        </w:rPr>
        <w:t>Planowany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powrót do </w:t>
      </w:r>
      <w:proofErr w:type="spellStart"/>
      <w:r w:rsidRPr="00593837">
        <w:rPr>
          <w:rFonts w:ascii="Times New Roman" w:hAnsi="Times New Roman" w:cs="Times New Roman"/>
          <w:lang w:val="pl-PL"/>
        </w:rPr>
        <w:t>Kudowy-Zdroju</w:t>
      </w:r>
      <w:proofErr w:type="spellEnd"/>
      <w:r w:rsidRPr="00593837">
        <w:rPr>
          <w:rFonts w:ascii="Times New Roman" w:hAnsi="Times New Roman" w:cs="Times New Roman"/>
          <w:lang w:val="pl-PL"/>
        </w:rPr>
        <w:t>.</w:t>
      </w:r>
    </w:p>
    <w:p w14:paraId="50D92774" w14:textId="1F3675F1" w:rsidR="008C33FE" w:rsidRPr="00593837" w:rsidRDefault="008C33FE" w:rsidP="00CC6090">
      <w:pPr>
        <w:pStyle w:val="Akapitzlist"/>
        <w:numPr>
          <w:ilvl w:val="0"/>
          <w:numId w:val="23"/>
        </w:numPr>
        <w:tabs>
          <w:tab w:val="clear" w:pos="720"/>
          <w:tab w:val="num" w:pos="426"/>
        </w:tabs>
        <w:spacing w:before="100" w:beforeAutospacing="1" w:after="120"/>
        <w:ind w:left="426"/>
        <w:contextualSpacing w:val="0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Program ma charakter ramowy i może ulec zmianie.</w:t>
      </w:r>
    </w:p>
    <w:p w14:paraId="3AC3C895" w14:textId="66FEEAD0" w:rsidR="00E6043B" w:rsidRPr="00593837" w:rsidRDefault="00000000" w:rsidP="005A0AB2">
      <w:pPr>
        <w:spacing w:after="80"/>
        <w:jc w:val="center"/>
        <w:rPr>
          <w:rFonts w:ascii="Times New Roman" w:hAnsi="Times New Roman" w:cs="Times New Roman"/>
          <w:b/>
          <w:bCs/>
          <w:lang w:val="pl-PL"/>
        </w:rPr>
      </w:pPr>
      <w:r w:rsidRPr="00593837">
        <w:rPr>
          <w:rFonts w:ascii="Times New Roman" w:hAnsi="Times New Roman" w:cs="Times New Roman"/>
          <w:b/>
          <w:bCs/>
          <w:lang w:val="pl-PL"/>
        </w:rPr>
        <w:t>§</w:t>
      </w:r>
      <w:r w:rsidR="00593837">
        <w:rPr>
          <w:rFonts w:ascii="Times New Roman" w:hAnsi="Times New Roman" w:cs="Times New Roman"/>
          <w:b/>
          <w:bCs/>
          <w:lang w:val="pl-PL"/>
        </w:rPr>
        <w:t>2</w:t>
      </w:r>
    </w:p>
    <w:p w14:paraId="1F59ED3A" w14:textId="696A24C1" w:rsidR="00040173" w:rsidRPr="00593837" w:rsidRDefault="00040173" w:rsidP="00593837">
      <w:pPr>
        <w:spacing w:before="120" w:after="120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593837">
        <w:rPr>
          <w:rFonts w:ascii="Times New Roman" w:eastAsia="Times New Roman" w:hAnsi="Times New Roman" w:cs="Times New Roman"/>
          <w:b/>
          <w:lang w:val="pl-PL" w:eastAsia="pl-PL"/>
        </w:rPr>
        <w:t>Wynagrodzenie i rozliczenie</w:t>
      </w:r>
    </w:p>
    <w:p w14:paraId="73C0709D" w14:textId="622BB64B" w:rsidR="00040173" w:rsidRPr="00593837" w:rsidRDefault="00040173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Łączna cena brutto za organizację wycieczki dla 57 osób wynosi: </w:t>
      </w:r>
      <w:r w:rsidRPr="00593837">
        <w:rPr>
          <w:rFonts w:ascii="Times New Roman" w:eastAsia="Times New Roman" w:hAnsi="Times New Roman" w:cs="Times New Roman"/>
          <w:bCs/>
          <w:lang w:val="pl-PL" w:eastAsia="pl-PL"/>
        </w:rPr>
        <w:t>……………………</w:t>
      </w:r>
      <w:r w:rsidRPr="00593837">
        <w:rPr>
          <w:rFonts w:ascii="Times New Roman" w:eastAsia="Times New Roman" w:hAnsi="Times New Roman" w:cs="Times New Roman"/>
          <w:b/>
          <w:lang w:val="pl-PL" w:eastAsia="pl-PL"/>
        </w:rPr>
        <w:t xml:space="preserve"> zł brutto.</w:t>
      </w:r>
    </w:p>
    <w:p w14:paraId="67A2F71D" w14:textId="4738A68E" w:rsidR="00040173" w:rsidRPr="00593837" w:rsidRDefault="00040173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Cena jednostkowa za jednego uczestnika wynosi: </w:t>
      </w:r>
      <w:r w:rsidRPr="00593837">
        <w:rPr>
          <w:rFonts w:ascii="Times New Roman" w:eastAsia="Times New Roman" w:hAnsi="Times New Roman" w:cs="Times New Roman"/>
          <w:bCs/>
          <w:lang w:val="pl-PL" w:eastAsia="pl-PL"/>
        </w:rPr>
        <w:t>…………………………</w:t>
      </w:r>
      <w:r w:rsidRPr="00593837">
        <w:rPr>
          <w:rFonts w:ascii="Times New Roman" w:eastAsia="Times New Roman" w:hAnsi="Times New Roman" w:cs="Times New Roman"/>
          <w:b/>
          <w:lang w:val="pl-PL" w:eastAsia="pl-PL"/>
        </w:rPr>
        <w:t xml:space="preserve"> zł brutto.</w:t>
      </w:r>
    </w:p>
    <w:p w14:paraId="71EEF9E2" w14:textId="0CFF5EF0" w:rsidR="00040173" w:rsidRPr="00593837" w:rsidRDefault="00040173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 xml:space="preserve">Cena obejmuje wszystkie świadczenia wymienione w </w:t>
      </w:r>
      <w:r w:rsidRPr="00593837">
        <w:rPr>
          <w:rFonts w:ascii="Times New Roman" w:hAnsi="Times New Roman" w:cs="Times New Roman"/>
          <w:lang w:val="pl-PL"/>
        </w:rPr>
        <w:t xml:space="preserve">§2 ust. </w:t>
      </w:r>
      <w:r w:rsidR="0035222D" w:rsidRPr="00593837">
        <w:rPr>
          <w:rFonts w:ascii="Times New Roman" w:hAnsi="Times New Roman" w:cs="Times New Roman"/>
          <w:lang w:val="pl-PL"/>
        </w:rPr>
        <w:t>3 i 4</w:t>
      </w:r>
      <w:r w:rsidRPr="00593837">
        <w:rPr>
          <w:rFonts w:ascii="Times New Roman" w:eastAsia="Times New Roman" w:hAnsi="Times New Roman" w:cs="Times New Roman"/>
          <w:lang w:val="pl-PL" w:eastAsia="pl-PL"/>
        </w:rPr>
        <w:t>.</w:t>
      </w:r>
    </w:p>
    <w:p w14:paraId="06361049" w14:textId="711D08C8" w:rsidR="00040173" w:rsidRDefault="00040173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Organizator nie może naliczać dodatkowych opłat bez uprzedniej akceptacji Zamawiającego, z</w:t>
      </w:r>
      <w:r w:rsidR="0035222D" w:rsidRPr="00593837">
        <w:rPr>
          <w:rFonts w:ascii="Times New Roman" w:eastAsia="Times New Roman" w:hAnsi="Times New Roman" w:cs="Times New Roman"/>
          <w:lang w:val="pl-PL" w:eastAsia="pl-PL"/>
        </w:rPr>
        <w:t> </w:t>
      </w:r>
      <w:r w:rsidRPr="00593837">
        <w:rPr>
          <w:rFonts w:ascii="Times New Roman" w:eastAsia="Times New Roman" w:hAnsi="Times New Roman" w:cs="Times New Roman"/>
          <w:lang w:val="pl-PL" w:eastAsia="pl-PL"/>
        </w:rPr>
        <w:t>zastrzeżeniem uprawnień wynikających z bezwzględnie obowiązujących przepisów prawa.</w:t>
      </w:r>
    </w:p>
    <w:p w14:paraId="774D76BC" w14:textId="77777777" w:rsidR="00E4149A" w:rsidRPr="00593837" w:rsidRDefault="00E4149A" w:rsidP="00E4149A">
      <w:pPr>
        <w:tabs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</w:p>
    <w:p w14:paraId="631B8274" w14:textId="4EE44054" w:rsidR="00040173" w:rsidRPr="00E06533" w:rsidRDefault="006A3F41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  <w:r w:rsidRPr="00E06533">
        <w:rPr>
          <w:rFonts w:ascii="Times New Roman" w:eastAsia="Times New Roman" w:hAnsi="Times New Roman" w:cs="Times New Roman"/>
          <w:lang w:val="pl-PL" w:eastAsia="pl-PL"/>
        </w:rPr>
        <w:lastRenderedPageBreak/>
        <w:t>Warunki płatności:</w:t>
      </w:r>
    </w:p>
    <w:p w14:paraId="5F954E95" w14:textId="33957319" w:rsidR="006A3F41" w:rsidRPr="00593837" w:rsidRDefault="006A3F41" w:rsidP="00B971C9">
      <w:pPr>
        <w:pStyle w:val="Akapitzlist"/>
        <w:numPr>
          <w:ilvl w:val="0"/>
          <w:numId w:val="29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przedpłata w formie zaliczki: ………………. zł, płatna w terminie do dnia: do 19.03.2027 r., na podstawie faktury zaliczkowej.</w:t>
      </w:r>
    </w:p>
    <w:p w14:paraId="7DF4816B" w14:textId="23F1C3E9" w:rsidR="006A3F41" w:rsidRPr="00593837" w:rsidRDefault="006A3F41" w:rsidP="00B971C9">
      <w:pPr>
        <w:pStyle w:val="Akapitzlist"/>
        <w:numPr>
          <w:ilvl w:val="0"/>
          <w:numId w:val="29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pozostała kwota w wysokości: …………</w:t>
      </w:r>
      <w:proofErr w:type="gramStart"/>
      <w:r w:rsidRPr="00593837">
        <w:rPr>
          <w:rFonts w:ascii="Times New Roman" w:hAnsi="Times New Roman" w:cs="Times New Roman"/>
          <w:lang w:val="pl-PL"/>
        </w:rPr>
        <w:t>…….</w:t>
      </w:r>
      <w:proofErr w:type="gramEnd"/>
      <w:r w:rsidRPr="00593837">
        <w:rPr>
          <w:rFonts w:ascii="Times New Roman" w:hAnsi="Times New Roman" w:cs="Times New Roman"/>
          <w:lang w:val="pl-PL"/>
        </w:rPr>
        <w:t>. zł, płatna w terminie do 7 dni po wykonaniu usługi, na konto wskazane przez Organizatora na fakturze.</w:t>
      </w:r>
    </w:p>
    <w:p w14:paraId="1CE035BB" w14:textId="5AD15D11" w:rsidR="0035222D" w:rsidRPr="00593837" w:rsidRDefault="0035222D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Organizator wystawi fakturę na Zamawiającego w Krajowym System e-Faktur (</w:t>
      </w:r>
      <w:proofErr w:type="spellStart"/>
      <w:r w:rsidRPr="00593837">
        <w:rPr>
          <w:rFonts w:ascii="Times New Roman" w:eastAsia="Times New Roman" w:hAnsi="Times New Roman" w:cs="Times New Roman"/>
          <w:lang w:val="pl-PL" w:eastAsia="pl-PL"/>
        </w:rPr>
        <w:t>KSeF</w:t>
      </w:r>
      <w:proofErr w:type="spellEnd"/>
      <w:r w:rsidRPr="00593837">
        <w:rPr>
          <w:rFonts w:ascii="Times New Roman" w:eastAsia="Times New Roman" w:hAnsi="Times New Roman" w:cs="Times New Roman"/>
          <w:lang w:val="pl-PL" w:eastAsia="pl-PL"/>
        </w:rPr>
        <w:t>):</w:t>
      </w:r>
    </w:p>
    <w:p w14:paraId="1B0FB3D8" w14:textId="77777777" w:rsidR="0035222D" w:rsidRPr="00593837" w:rsidRDefault="0035222D" w:rsidP="00B971C9">
      <w:pPr>
        <w:numPr>
          <w:ilvl w:val="0"/>
          <w:numId w:val="28"/>
        </w:numPr>
        <w:spacing w:after="100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Organizator zobowiązuje się do wystawienia faktury dokumentującej realizację przedmiotu umowy na dane Zamawiającego, zgodnie z obowiązującymi przepisami prawa podatkowego.</w:t>
      </w:r>
    </w:p>
    <w:p w14:paraId="447330FF" w14:textId="324094DA" w:rsidR="0035222D" w:rsidRPr="00593837" w:rsidRDefault="0035222D" w:rsidP="00B971C9">
      <w:pPr>
        <w:numPr>
          <w:ilvl w:val="0"/>
          <w:numId w:val="28"/>
        </w:numPr>
        <w:spacing w:after="10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jeżeli Organizator jest objęty obowiązkiem wystawiania faktur ustrukturyzowanych, zobowiązuje się do wystawienia faktury za pośrednictwem Krajowego Systemu e-Faktur (</w:t>
      </w:r>
      <w:proofErr w:type="spellStart"/>
      <w:r w:rsidRPr="00593837">
        <w:rPr>
          <w:rFonts w:ascii="Times New Roman" w:hAnsi="Times New Roman" w:cs="Times New Roman"/>
          <w:lang w:val="pl-PL"/>
        </w:rPr>
        <w:t>KSeF</w:t>
      </w:r>
      <w:proofErr w:type="spellEnd"/>
      <w:r w:rsidRPr="00593837">
        <w:rPr>
          <w:rFonts w:ascii="Times New Roman" w:hAnsi="Times New Roman" w:cs="Times New Roman"/>
          <w:lang w:val="pl-PL"/>
        </w:rPr>
        <w:t>), zgodnie z obowiązującymi przepisami.</w:t>
      </w:r>
    </w:p>
    <w:p w14:paraId="122B8413" w14:textId="1E14C862" w:rsidR="0035222D" w:rsidRPr="00593837" w:rsidRDefault="0035222D" w:rsidP="00B971C9">
      <w:pPr>
        <w:numPr>
          <w:ilvl w:val="0"/>
          <w:numId w:val="28"/>
        </w:numPr>
        <w:spacing w:after="100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faktura zostanie wystawiona na następujące dane Zamawiającego:</w:t>
      </w:r>
    </w:p>
    <w:p w14:paraId="2A7693C9" w14:textId="77777777" w:rsidR="0035222D" w:rsidRPr="00593837" w:rsidRDefault="0035222D" w:rsidP="00B971C9">
      <w:pPr>
        <w:spacing w:after="100"/>
        <w:ind w:left="851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Nazwa: ………………………………………………………………</w:t>
      </w:r>
    </w:p>
    <w:p w14:paraId="2210596B" w14:textId="77777777" w:rsidR="0035222D" w:rsidRPr="00593837" w:rsidRDefault="0035222D" w:rsidP="00B971C9">
      <w:pPr>
        <w:spacing w:after="100"/>
        <w:ind w:left="851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Adres: ………………………………………………………………</w:t>
      </w:r>
    </w:p>
    <w:p w14:paraId="684317B7" w14:textId="77777777" w:rsidR="0035222D" w:rsidRPr="00593837" w:rsidRDefault="0035222D" w:rsidP="00B971C9">
      <w:pPr>
        <w:spacing w:after="100"/>
        <w:ind w:left="851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NIP: …………………………………………………………………</w:t>
      </w:r>
    </w:p>
    <w:p w14:paraId="70F1AA02" w14:textId="62A22A4F" w:rsidR="0035222D" w:rsidRPr="00593837" w:rsidRDefault="0035222D" w:rsidP="00B971C9">
      <w:pPr>
        <w:pStyle w:val="Akapitzlist"/>
        <w:numPr>
          <w:ilvl w:val="0"/>
          <w:numId w:val="28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Organizator zobowiązuje się do prawidłowego wskazania danych Zamawiającego na fakturze, w szczególności jego numeru </w:t>
      </w:r>
      <w:proofErr w:type="gramStart"/>
      <w:r w:rsidRPr="00593837">
        <w:rPr>
          <w:rFonts w:ascii="Times New Roman" w:hAnsi="Times New Roman" w:cs="Times New Roman"/>
          <w:lang w:val="pl-PL"/>
        </w:rPr>
        <w:t>NIP,</w:t>
      </w:r>
      <w:proofErr w:type="gramEnd"/>
      <w:r w:rsidRPr="00593837">
        <w:rPr>
          <w:rFonts w:ascii="Times New Roman" w:hAnsi="Times New Roman" w:cs="Times New Roman"/>
          <w:lang w:val="pl-PL"/>
        </w:rPr>
        <w:t xml:space="preserve"> oraz do przekazania Zamawiającemu informacji umożliwiających identyfikację faktury w </w:t>
      </w:r>
      <w:proofErr w:type="spellStart"/>
      <w:r w:rsidRPr="00593837">
        <w:rPr>
          <w:rFonts w:ascii="Times New Roman" w:hAnsi="Times New Roman" w:cs="Times New Roman"/>
          <w:lang w:val="pl-PL"/>
        </w:rPr>
        <w:t>KSeF</w:t>
      </w:r>
      <w:proofErr w:type="spellEnd"/>
      <w:r w:rsidRPr="00593837">
        <w:rPr>
          <w:rFonts w:ascii="Times New Roman" w:hAnsi="Times New Roman" w:cs="Times New Roman"/>
          <w:lang w:val="pl-PL"/>
        </w:rPr>
        <w:t xml:space="preserve">, w tym numeru </w:t>
      </w:r>
      <w:proofErr w:type="spellStart"/>
      <w:r w:rsidRPr="00593837">
        <w:rPr>
          <w:rFonts w:ascii="Times New Roman" w:hAnsi="Times New Roman" w:cs="Times New Roman"/>
          <w:lang w:val="pl-PL"/>
        </w:rPr>
        <w:t>KSeF</w:t>
      </w:r>
      <w:proofErr w:type="spellEnd"/>
      <w:r w:rsidRPr="00593837">
        <w:rPr>
          <w:rFonts w:ascii="Times New Roman" w:hAnsi="Times New Roman" w:cs="Times New Roman"/>
          <w:lang w:val="pl-PL"/>
        </w:rPr>
        <w:t xml:space="preserve"> po jego nadaniu.</w:t>
      </w:r>
    </w:p>
    <w:p w14:paraId="02140977" w14:textId="1EE47A6B" w:rsidR="0035222D" w:rsidRPr="00593837" w:rsidRDefault="0035222D" w:rsidP="00B971C9">
      <w:pPr>
        <w:numPr>
          <w:ilvl w:val="0"/>
          <w:numId w:val="28"/>
        </w:numPr>
        <w:spacing w:after="10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Organizator przekaże Zamawiającemu, w uzgodniony sposób, wizualizację faktury lub informację o jej wystawieniu, jeżeli będzie to potrzebne do sprawnego obiegu dokumentów i rozliczenia kosztów wycieczki.</w:t>
      </w:r>
    </w:p>
    <w:p w14:paraId="157EA297" w14:textId="6665AB79" w:rsidR="0035222D" w:rsidRPr="00593837" w:rsidRDefault="0035222D" w:rsidP="00B971C9">
      <w:pPr>
        <w:numPr>
          <w:ilvl w:val="0"/>
          <w:numId w:val="28"/>
        </w:numPr>
        <w:tabs>
          <w:tab w:val="clear" w:pos="720"/>
        </w:tabs>
        <w:spacing w:after="100"/>
        <w:ind w:left="709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hAnsi="Times New Roman" w:cs="Times New Roman"/>
          <w:lang w:val="pl-PL"/>
        </w:rPr>
        <w:t xml:space="preserve">w przypadku braku ustawowego obowiązku wystawienia faktury w </w:t>
      </w:r>
      <w:proofErr w:type="spellStart"/>
      <w:r w:rsidRPr="00593837">
        <w:rPr>
          <w:rFonts w:ascii="Times New Roman" w:hAnsi="Times New Roman" w:cs="Times New Roman"/>
          <w:lang w:val="pl-PL"/>
        </w:rPr>
        <w:t>KSeF</w:t>
      </w:r>
      <w:proofErr w:type="spellEnd"/>
      <w:r w:rsidRPr="00593837">
        <w:rPr>
          <w:rFonts w:ascii="Times New Roman" w:hAnsi="Times New Roman" w:cs="Times New Roman"/>
          <w:lang w:val="pl-PL"/>
        </w:rPr>
        <w:t xml:space="preserve"> Organizator wystawi i przekaże fakturę w formie dopuszczonej obowiązującymi przepisami.</w:t>
      </w:r>
    </w:p>
    <w:p w14:paraId="72600D05" w14:textId="77777777" w:rsidR="00040173" w:rsidRDefault="00040173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eastAsia="Times New Roman" w:hAnsi="Times New Roman" w:cs="Times New Roman"/>
          <w:lang w:val="pl-PL" w:eastAsia="pl-PL"/>
        </w:rPr>
        <w:t>Po zakończeniu wycieczki Organizator, na uzasadniony wniosek Zamawiającego, przekaże zestawienie zrealizowanych świadczeń i rozliczenie ewentualnych uzgodnionych zmian.</w:t>
      </w:r>
    </w:p>
    <w:p w14:paraId="6CCF9485" w14:textId="7F973CD8" w:rsidR="00A0545E" w:rsidRPr="00593837" w:rsidRDefault="00000000" w:rsidP="00B971C9">
      <w:pPr>
        <w:numPr>
          <w:ilvl w:val="0"/>
          <w:numId w:val="25"/>
        </w:numPr>
        <w:tabs>
          <w:tab w:val="clear" w:pos="720"/>
          <w:tab w:val="num" w:pos="426"/>
        </w:tabs>
        <w:spacing w:after="100"/>
        <w:ind w:left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593837">
        <w:rPr>
          <w:rFonts w:ascii="Times New Roman" w:hAnsi="Times New Roman" w:cs="Times New Roman"/>
          <w:lang w:val="pl-PL"/>
        </w:rPr>
        <w:t>Cena</w:t>
      </w:r>
      <w:r w:rsidR="005F2A19" w:rsidRPr="00593837">
        <w:rPr>
          <w:rFonts w:ascii="Times New Roman" w:hAnsi="Times New Roman" w:cs="Times New Roman"/>
          <w:lang w:val="pl-PL"/>
        </w:rPr>
        <w:t xml:space="preserve"> </w:t>
      </w:r>
      <w:r w:rsidR="008C33FE" w:rsidRPr="00593837">
        <w:rPr>
          <w:rFonts w:ascii="Times New Roman" w:eastAsia="Times New Roman" w:hAnsi="Times New Roman" w:cs="Times New Roman"/>
          <w:lang w:val="pl-PL" w:eastAsia="pl-PL"/>
        </w:rPr>
        <w:t>obejmuje:</w:t>
      </w:r>
    </w:p>
    <w:p w14:paraId="788F040A" w14:textId="70CC772E" w:rsidR="00A0545E" w:rsidRPr="00593837" w:rsidRDefault="00D327CD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</w:t>
      </w:r>
      <w:r w:rsidR="00A0545E" w:rsidRPr="00593837">
        <w:rPr>
          <w:rFonts w:ascii="Times New Roman" w:hAnsi="Times New Roman" w:cs="Times New Roman"/>
          <w:lang w:val="pl-PL"/>
        </w:rPr>
        <w:t>2 noclegi;</w:t>
      </w:r>
    </w:p>
    <w:p w14:paraId="6372FEF6" w14:textId="77777777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śniadania w formie bufetu / stołu szwedzkiego – 5 i 6 czerwca;</w:t>
      </w:r>
    </w:p>
    <w:p w14:paraId="71BA9EC7" w14:textId="3B446443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obiad w dniu 5 czerwca:</w:t>
      </w:r>
      <w:r w:rsidR="00E4149A">
        <w:rPr>
          <w:rFonts w:ascii="Times New Roman" w:hAnsi="Times New Roman" w:cs="Times New Roman"/>
          <w:lang w:val="pl-PL"/>
        </w:rPr>
        <w:t xml:space="preserve"> ……………………………………………………………</w:t>
      </w:r>
      <w:proofErr w:type="gramStart"/>
      <w:r w:rsidR="00E4149A">
        <w:rPr>
          <w:rFonts w:ascii="Times New Roman" w:hAnsi="Times New Roman" w:cs="Times New Roman"/>
          <w:lang w:val="pl-PL"/>
        </w:rPr>
        <w:t>…….</w:t>
      </w:r>
      <w:proofErr w:type="gramEnd"/>
      <w:r w:rsidR="00E4149A">
        <w:rPr>
          <w:rFonts w:ascii="Times New Roman" w:hAnsi="Times New Roman" w:cs="Times New Roman"/>
          <w:lang w:val="pl-PL"/>
        </w:rPr>
        <w:t>.</w:t>
      </w:r>
      <w:r w:rsidRPr="00593837">
        <w:rPr>
          <w:rFonts w:ascii="Times New Roman" w:hAnsi="Times New Roman" w:cs="Times New Roman"/>
          <w:lang w:val="pl-PL"/>
        </w:rPr>
        <w:t>;</w:t>
      </w:r>
    </w:p>
    <w:p w14:paraId="4AB1D5B4" w14:textId="77777777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kolacja grillowa 4 czerwca: kiełbasa, kaszanka, karczek, sałatka, ziemniaki, napoje;</w:t>
      </w:r>
    </w:p>
    <w:p w14:paraId="1177CB87" w14:textId="49C72EE3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kolacja w formie stołu szwedzkiego ze swojskimi produktami, sałatkami, ciastami i przekąskami;</w:t>
      </w:r>
    </w:p>
    <w:p w14:paraId="08A2446D" w14:textId="77777777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spotkanie z kapelą góralską;</w:t>
      </w:r>
    </w:p>
    <w:p w14:paraId="352BCC94" w14:textId="217222C5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ubezpieczenie NNW</w:t>
      </w:r>
      <w:r w:rsidR="00C87978" w:rsidRPr="00593837">
        <w:rPr>
          <w:rFonts w:ascii="Times New Roman" w:hAnsi="Times New Roman" w:cs="Times New Roman"/>
          <w:lang w:val="pl-PL"/>
        </w:rPr>
        <w:t>/ KL</w:t>
      </w:r>
      <w:r w:rsidRPr="00593837">
        <w:rPr>
          <w:rFonts w:ascii="Times New Roman" w:hAnsi="Times New Roman" w:cs="Times New Roman"/>
          <w:lang w:val="pl-PL"/>
        </w:rPr>
        <w:t>;</w:t>
      </w:r>
    </w:p>
    <w:p w14:paraId="34989336" w14:textId="77777777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przejazd autokarem w obie strony oraz dojazd I powrót do/z wszystkich atrakcji turystycznych; </w:t>
      </w:r>
    </w:p>
    <w:p w14:paraId="5B94EC02" w14:textId="77777777" w:rsidR="00A0545E" w:rsidRPr="00593837" w:rsidRDefault="00A0545E" w:rsidP="00B971C9">
      <w:pPr>
        <w:pStyle w:val="Akapitzlist"/>
        <w:numPr>
          <w:ilvl w:val="1"/>
          <w:numId w:val="30"/>
        </w:numPr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 spływ tratwami;</w:t>
      </w:r>
    </w:p>
    <w:p w14:paraId="42B54031" w14:textId="77777777" w:rsidR="00A0545E" w:rsidRPr="00593837" w:rsidRDefault="00A0545E" w:rsidP="00B971C9">
      <w:pPr>
        <w:pStyle w:val="Akapitzlist"/>
        <w:numPr>
          <w:ilvl w:val="1"/>
          <w:numId w:val="30"/>
        </w:numPr>
        <w:tabs>
          <w:tab w:val="left" w:pos="993"/>
        </w:tabs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wjazd na Kasprowy Wierch i zjazd ze szczytu;</w:t>
      </w:r>
    </w:p>
    <w:p w14:paraId="025365AD" w14:textId="77777777" w:rsidR="00A0545E" w:rsidRPr="00593837" w:rsidRDefault="00A0545E" w:rsidP="00B971C9">
      <w:pPr>
        <w:pStyle w:val="Akapitzlist"/>
        <w:numPr>
          <w:ilvl w:val="1"/>
          <w:numId w:val="30"/>
        </w:numPr>
        <w:tabs>
          <w:tab w:val="left" w:pos="993"/>
        </w:tabs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wizyta na cmentarzu na </w:t>
      </w:r>
      <w:proofErr w:type="spellStart"/>
      <w:r w:rsidRPr="00593837">
        <w:rPr>
          <w:rFonts w:ascii="Times New Roman" w:hAnsi="Times New Roman" w:cs="Times New Roman"/>
          <w:lang w:val="pl-PL"/>
        </w:rPr>
        <w:t>Pęksowym</w:t>
      </w:r>
      <w:proofErr w:type="spellEnd"/>
      <w:r w:rsidRPr="00593837">
        <w:rPr>
          <w:rFonts w:ascii="Times New Roman" w:hAnsi="Times New Roman" w:cs="Times New Roman"/>
          <w:lang w:val="pl-PL"/>
        </w:rPr>
        <w:t xml:space="preserve"> Brzysku;</w:t>
      </w:r>
    </w:p>
    <w:p w14:paraId="0FB649C8" w14:textId="77777777" w:rsidR="00A0545E" w:rsidRPr="00593837" w:rsidRDefault="00A0545E" w:rsidP="00B971C9">
      <w:pPr>
        <w:pStyle w:val="Akapitzlist"/>
        <w:numPr>
          <w:ilvl w:val="1"/>
          <w:numId w:val="30"/>
        </w:numPr>
        <w:tabs>
          <w:tab w:val="left" w:pos="993"/>
        </w:tabs>
        <w:spacing w:after="10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lastRenderedPageBreak/>
        <w:t>spacer po uzdrowisku w Szczawnicy oraz wizyta w pijalni wód;</w:t>
      </w:r>
    </w:p>
    <w:p w14:paraId="1AA08E30" w14:textId="5F3926F1" w:rsidR="00A0545E" w:rsidRPr="00593837" w:rsidRDefault="00A0545E" w:rsidP="006A3F41">
      <w:pPr>
        <w:pStyle w:val="Akapitzlist"/>
        <w:numPr>
          <w:ilvl w:val="1"/>
          <w:numId w:val="30"/>
        </w:numPr>
        <w:tabs>
          <w:tab w:val="left" w:pos="993"/>
        </w:tabs>
        <w:spacing w:after="120"/>
        <w:contextualSpacing w:val="0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opiekę pilota.</w:t>
      </w:r>
    </w:p>
    <w:p w14:paraId="351796AD" w14:textId="26D51F15" w:rsidR="00A456AC" w:rsidRPr="00A456AC" w:rsidRDefault="00A456AC" w:rsidP="00A456AC">
      <w:pPr>
        <w:spacing w:after="80"/>
        <w:ind w:left="360"/>
        <w:jc w:val="center"/>
        <w:rPr>
          <w:rFonts w:ascii="Times New Roman" w:hAnsi="Times New Roman" w:cs="Times New Roman"/>
          <w:b/>
          <w:bCs/>
          <w:lang w:val="pl-PL"/>
        </w:rPr>
      </w:pPr>
      <w:r w:rsidRPr="00A456AC">
        <w:rPr>
          <w:rFonts w:ascii="Times New Roman" w:hAnsi="Times New Roman" w:cs="Times New Roman"/>
          <w:b/>
          <w:bCs/>
          <w:lang w:val="pl-PL"/>
        </w:rPr>
        <w:t>§3</w:t>
      </w:r>
    </w:p>
    <w:p w14:paraId="356185FC" w14:textId="77777777" w:rsidR="00A456AC" w:rsidRPr="00A456AC" w:rsidRDefault="00A456AC" w:rsidP="00CC6090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Transport autokarowy</w:t>
      </w:r>
    </w:p>
    <w:p w14:paraId="795DE012" w14:textId="075D592F" w:rsidR="00A456AC" w:rsidRPr="00A456AC" w:rsidRDefault="00A456AC" w:rsidP="00B971C9">
      <w:pPr>
        <w:numPr>
          <w:ilvl w:val="0"/>
          <w:numId w:val="32"/>
        </w:numPr>
        <w:tabs>
          <w:tab w:val="clear" w:pos="720"/>
          <w:tab w:val="num" w:pos="426"/>
        </w:tabs>
        <w:spacing w:after="100" w:line="240" w:lineRule="auto"/>
        <w:ind w:left="425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zapewni autokar turystyczny dla 5</w:t>
      </w:r>
      <w:r>
        <w:rPr>
          <w:rFonts w:ascii="Times New Roman" w:eastAsia="Times New Roman" w:hAnsi="Times New Roman" w:cs="Times New Roman"/>
          <w:lang w:val="pl-PL" w:eastAsia="pl-PL"/>
        </w:rPr>
        <w:t>7</w:t>
      </w: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 uczestników.</w:t>
      </w:r>
    </w:p>
    <w:p w14:paraId="7DE7CE8F" w14:textId="77777777" w:rsidR="00A456AC" w:rsidRPr="00A456AC" w:rsidRDefault="00A456AC" w:rsidP="00B971C9">
      <w:pPr>
        <w:numPr>
          <w:ilvl w:val="0"/>
          <w:numId w:val="32"/>
        </w:numPr>
        <w:tabs>
          <w:tab w:val="clear" w:pos="720"/>
          <w:tab w:val="num" w:pos="426"/>
        </w:tabs>
        <w:spacing w:after="100" w:line="240" w:lineRule="auto"/>
        <w:ind w:left="425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Transport obejmuje przejazd w obie strony, a także przejazdy lokalne przewidziane w programie.</w:t>
      </w:r>
    </w:p>
    <w:p w14:paraId="40EC44AD" w14:textId="77777777" w:rsidR="00A456AC" w:rsidRPr="00A456AC" w:rsidRDefault="00A456AC" w:rsidP="00B971C9">
      <w:pPr>
        <w:numPr>
          <w:ilvl w:val="0"/>
          <w:numId w:val="32"/>
        </w:numPr>
        <w:tabs>
          <w:tab w:val="clear" w:pos="720"/>
          <w:tab w:val="num" w:pos="426"/>
        </w:tabs>
        <w:spacing w:after="100"/>
        <w:ind w:left="425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Autokar musi być sprawny technicznie, wyposażony odpowiednio do przewozu uczestników oraz spełniać wszystkie wymagania prawne dotyczące przewozu osób.</w:t>
      </w:r>
    </w:p>
    <w:p w14:paraId="43137D16" w14:textId="77777777" w:rsidR="00A456AC" w:rsidRPr="00A456AC" w:rsidRDefault="00A456AC" w:rsidP="00B971C9">
      <w:pPr>
        <w:numPr>
          <w:ilvl w:val="0"/>
          <w:numId w:val="32"/>
        </w:numPr>
        <w:tabs>
          <w:tab w:val="clear" w:pos="720"/>
          <w:tab w:val="num" w:pos="426"/>
        </w:tabs>
        <w:spacing w:after="100" w:line="240" w:lineRule="auto"/>
        <w:ind w:left="425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zapewni przewoźnika posiadającego wymagane uprawnienia i ubezpieczenia.</w:t>
      </w:r>
    </w:p>
    <w:p w14:paraId="5DB27F78" w14:textId="77777777" w:rsidR="00A456AC" w:rsidRPr="00A456AC" w:rsidRDefault="00A456AC" w:rsidP="00B971C9">
      <w:pPr>
        <w:numPr>
          <w:ilvl w:val="0"/>
          <w:numId w:val="32"/>
        </w:numPr>
        <w:tabs>
          <w:tab w:val="clear" w:pos="720"/>
          <w:tab w:val="num" w:pos="426"/>
        </w:tabs>
        <w:spacing w:after="100"/>
        <w:ind w:left="425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Cena transportu obejmuje paliwo, opłaty drogowe, parkingowe i inne koszty związane z realizacją uzgodnionej trasy.</w:t>
      </w:r>
    </w:p>
    <w:p w14:paraId="23D10D91" w14:textId="77777777" w:rsidR="00A456AC" w:rsidRPr="00A456AC" w:rsidRDefault="00A456AC" w:rsidP="00B971C9">
      <w:pPr>
        <w:numPr>
          <w:ilvl w:val="0"/>
          <w:numId w:val="32"/>
        </w:numPr>
        <w:tabs>
          <w:tab w:val="clear" w:pos="720"/>
          <w:tab w:val="num" w:pos="426"/>
        </w:tabs>
        <w:spacing w:after="100"/>
        <w:ind w:left="425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W przypadku awarii autokaru Organizator zapewni pojazd zastępczy bez dodatkowych kosztów dla Zamawiającego.</w:t>
      </w:r>
    </w:p>
    <w:p w14:paraId="26022787" w14:textId="36609B80" w:rsidR="00A456AC" w:rsidRPr="00A456AC" w:rsidRDefault="00A456AC" w:rsidP="00CC6090">
      <w:pPr>
        <w:numPr>
          <w:ilvl w:val="0"/>
          <w:numId w:val="32"/>
        </w:numPr>
        <w:tabs>
          <w:tab w:val="clear" w:pos="720"/>
          <w:tab w:val="num" w:pos="426"/>
        </w:tabs>
        <w:spacing w:after="120"/>
        <w:ind w:left="426" w:hanging="357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Godziny wyjazdu i powrotu </w:t>
      </w:r>
      <w:r>
        <w:rPr>
          <w:rFonts w:ascii="Times New Roman" w:eastAsia="Times New Roman" w:hAnsi="Times New Roman" w:cs="Times New Roman"/>
          <w:lang w:val="pl-PL" w:eastAsia="pl-PL"/>
        </w:rPr>
        <w:t>zawiera szczegółowym program wycieczki</w:t>
      </w:r>
      <w:r w:rsidRPr="00A456AC">
        <w:rPr>
          <w:rFonts w:ascii="Times New Roman" w:eastAsia="Times New Roman" w:hAnsi="Times New Roman" w:cs="Times New Roman"/>
          <w:lang w:val="pl-PL" w:eastAsia="pl-PL"/>
        </w:rPr>
        <w:t>.</w:t>
      </w:r>
    </w:p>
    <w:p w14:paraId="57428092" w14:textId="69D01298" w:rsidR="00A456AC" w:rsidRPr="00A456AC" w:rsidRDefault="00A456AC" w:rsidP="00CC6090">
      <w:pPr>
        <w:spacing w:before="120" w:after="120"/>
        <w:jc w:val="center"/>
        <w:rPr>
          <w:rFonts w:ascii="Times New Roman" w:hAnsi="Times New Roman" w:cs="Times New Roman"/>
          <w:b/>
          <w:bCs/>
          <w:lang w:val="pl-PL"/>
        </w:rPr>
      </w:pPr>
      <w:r w:rsidRPr="00A456AC">
        <w:rPr>
          <w:rFonts w:ascii="Times New Roman" w:hAnsi="Times New Roman" w:cs="Times New Roman"/>
          <w:b/>
          <w:bCs/>
          <w:lang w:val="pl-PL"/>
        </w:rPr>
        <w:t>§</w:t>
      </w:r>
      <w:r w:rsidR="00CC6090">
        <w:rPr>
          <w:rFonts w:ascii="Times New Roman" w:hAnsi="Times New Roman" w:cs="Times New Roman"/>
          <w:b/>
          <w:bCs/>
          <w:lang w:val="pl-PL"/>
        </w:rPr>
        <w:t>4</w:t>
      </w:r>
    </w:p>
    <w:p w14:paraId="2F064622" w14:textId="77777777" w:rsidR="00A456AC" w:rsidRPr="00A456AC" w:rsidRDefault="00A456AC" w:rsidP="00CC6090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Zakwaterowanie</w:t>
      </w:r>
    </w:p>
    <w:p w14:paraId="1EBD4080" w14:textId="139CF066" w:rsidR="00A456AC" w:rsidRPr="00A456AC" w:rsidRDefault="00A456AC" w:rsidP="00B971C9">
      <w:pPr>
        <w:numPr>
          <w:ilvl w:val="0"/>
          <w:numId w:val="33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zapewni nocleg dla 5</w:t>
      </w:r>
      <w:r>
        <w:rPr>
          <w:rFonts w:ascii="Times New Roman" w:eastAsia="Times New Roman" w:hAnsi="Times New Roman" w:cs="Times New Roman"/>
          <w:lang w:val="pl-PL" w:eastAsia="pl-PL"/>
        </w:rPr>
        <w:t>7</w:t>
      </w: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 uczestników w obiekcie o standardzie uzgodnionym przez Strony.</w:t>
      </w:r>
    </w:p>
    <w:p w14:paraId="5D60202D" w14:textId="77777777" w:rsidR="00A456AC" w:rsidRPr="00A456AC" w:rsidRDefault="00A456AC" w:rsidP="00B971C9">
      <w:pPr>
        <w:numPr>
          <w:ilvl w:val="0"/>
          <w:numId w:val="33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Nazwa i adres obiektu:</w:t>
      </w:r>
    </w:p>
    <w:p w14:paraId="4BBF4898" w14:textId="77777777" w:rsidR="00A456AC" w:rsidRPr="00A456AC" w:rsidRDefault="00A456AC" w:rsidP="00B971C9">
      <w:pPr>
        <w:tabs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……………………………………………………………………………………</w:t>
      </w:r>
    </w:p>
    <w:p w14:paraId="0450DECA" w14:textId="77777777" w:rsidR="00A456AC" w:rsidRPr="00A456AC" w:rsidRDefault="00A456AC" w:rsidP="00B971C9">
      <w:pPr>
        <w:numPr>
          <w:ilvl w:val="0"/>
          <w:numId w:val="33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Standard obiektu: ………………………………………………………………</w:t>
      </w:r>
    </w:p>
    <w:p w14:paraId="2D7FB09E" w14:textId="05B6298B" w:rsidR="00A456AC" w:rsidRPr="00A456AC" w:rsidRDefault="00A456AC" w:rsidP="00B971C9">
      <w:pPr>
        <w:numPr>
          <w:ilvl w:val="0"/>
          <w:numId w:val="33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Zakwaterowanie obejmie </w:t>
      </w:r>
      <w:r w:rsidR="00151DE7">
        <w:rPr>
          <w:rFonts w:ascii="Times New Roman" w:eastAsia="Times New Roman" w:hAnsi="Times New Roman" w:cs="Times New Roman"/>
          <w:lang w:val="pl-PL" w:eastAsia="pl-PL"/>
        </w:rPr>
        <w:t>dwie</w:t>
      </w: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 noc</w:t>
      </w:r>
      <w:r w:rsidR="00151DE7">
        <w:rPr>
          <w:rFonts w:ascii="Times New Roman" w:eastAsia="Times New Roman" w:hAnsi="Times New Roman" w:cs="Times New Roman"/>
          <w:lang w:val="pl-PL" w:eastAsia="pl-PL"/>
        </w:rPr>
        <w:t>e</w:t>
      </w:r>
      <w:r w:rsidRPr="00A456AC">
        <w:rPr>
          <w:rFonts w:ascii="Times New Roman" w:eastAsia="Times New Roman" w:hAnsi="Times New Roman" w:cs="Times New Roman"/>
          <w:lang w:val="pl-PL" w:eastAsia="pl-PL"/>
        </w:rPr>
        <w:t>, w pokojach ………………………… osobowych, z uwzględnieniem uzgodnionego podziału uczestników.</w:t>
      </w:r>
    </w:p>
    <w:p w14:paraId="16A770F2" w14:textId="58C72C84" w:rsidR="00A456AC" w:rsidRPr="00A456AC" w:rsidRDefault="00A456AC" w:rsidP="00B971C9">
      <w:pPr>
        <w:numPr>
          <w:ilvl w:val="0"/>
          <w:numId w:val="33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Koszt noclegu, opłat obowiązkowych oraz śniadania, jeżeli jest przewidziane w ofercie, zostanie uwzględniony w cenie określonej w § </w:t>
      </w:r>
      <w:r w:rsidR="00151DE7">
        <w:rPr>
          <w:rFonts w:ascii="Times New Roman" w:eastAsia="Times New Roman" w:hAnsi="Times New Roman" w:cs="Times New Roman"/>
          <w:lang w:val="pl-PL" w:eastAsia="pl-PL"/>
        </w:rPr>
        <w:t>2</w:t>
      </w:r>
      <w:r w:rsidRPr="00A456AC">
        <w:rPr>
          <w:rFonts w:ascii="Times New Roman" w:eastAsia="Times New Roman" w:hAnsi="Times New Roman" w:cs="Times New Roman"/>
          <w:lang w:val="pl-PL" w:eastAsia="pl-PL"/>
        </w:rPr>
        <w:t>.</w:t>
      </w:r>
    </w:p>
    <w:p w14:paraId="30A4BBB2" w14:textId="7D7F179A" w:rsidR="00A456AC" w:rsidRPr="00A456AC" w:rsidRDefault="00A456AC" w:rsidP="00A456AC">
      <w:pPr>
        <w:numPr>
          <w:ilvl w:val="0"/>
          <w:numId w:val="33"/>
        </w:numPr>
        <w:tabs>
          <w:tab w:val="clear" w:pos="720"/>
          <w:tab w:val="num" w:pos="426"/>
        </w:tabs>
        <w:spacing w:after="120"/>
        <w:ind w:left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nie może zmienić obiektu na obiekt o niższym standardzie bez uzgodnienia z Zamawiającym, z</w:t>
      </w:r>
      <w:r w:rsidR="00151DE7">
        <w:rPr>
          <w:rFonts w:ascii="Times New Roman" w:eastAsia="Times New Roman" w:hAnsi="Times New Roman" w:cs="Times New Roman"/>
          <w:lang w:val="pl-PL" w:eastAsia="pl-PL"/>
        </w:rPr>
        <w:t> </w:t>
      </w:r>
      <w:r w:rsidRPr="00A456AC">
        <w:rPr>
          <w:rFonts w:ascii="Times New Roman" w:eastAsia="Times New Roman" w:hAnsi="Times New Roman" w:cs="Times New Roman"/>
          <w:lang w:val="pl-PL" w:eastAsia="pl-PL"/>
        </w:rPr>
        <w:t>zastrzeżeniem sytuacji wymagających niezwłocznego działania i obowiązujących przepisów prawa.</w:t>
      </w:r>
    </w:p>
    <w:p w14:paraId="04D64B6E" w14:textId="66684CBE" w:rsidR="00A456AC" w:rsidRPr="00A456AC" w:rsidRDefault="00A456AC" w:rsidP="00CC6090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A456AC">
        <w:rPr>
          <w:rFonts w:ascii="Times New Roman" w:hAnsi="Times New Roman" w:cs="Times New Roman"/>
          <w:b/>
          <w:bCs/>
          <w:lang w:val="pl-PL"/>
        </w:rPr>
        <w:t>§</w:t>
      </w:r>
      <w:r w:rsidR="00CC6090">
        <w:rPr>
          <w:rFonts w:ascii="Times New Roman" w:hAnsi="Times New Roman" w:cs="Times New Roman"/>
          <w:b/>
          <w:bCs/>
          <w:lang w:val="pl-PL"/>
        </w:rPr>
        <w:t>5</w:t>
      </w:r>
    </w:p>
    <w:p w14:paraId="36644A33" w14:textId="77777777" w:rsidR="00A456AC" w:rsidRPr="00A456AC" w:rsidRDefault="00A456AC" w:rsidP="00CC6090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Wyżywienie</w:t>
      </w:r>
    </w:p>
    <w:p w14:paraId="08EBD92F" w14:textId="39833CDA" w:rsidR="00A456AC" w:rsidRPr="00A456AC" w:rsidRDefault="00A456AC" w:rsidP="00CC6090">
      <w:pPr>
        <w:numPr>
          <w:ilvl w:val="0"/>
          <w:numId w:val="34"/>
        </w:numPr>
        <w:tabs>
          <w:tab w:val="clear" w:pos="720"/>
          <w:tab w:val="num" w:pos="426"/>
        </w:tabs>
        <w:spacing w:before="100" w:beforeAutospacing="1" w:after="120"/>
        <w:ind w:left="426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zapewni wyżywienie dla 5</w:t>
      </w:r>
      <w:r>
        <w:rPr>
          <w:rFonts w:ascii="Times New Roman" w:eastAsia="Times New Roman" w:hAnsi="Times New Roman" w:cs="Times New Roman"/>
          <w:lang w:val="pl-PL" w:eastAsia="pl-PL"/>
        </w:rPr>
        <w:t>7</w:t>
      </w: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 uczestników w </w:t>
      </w:r>
      <w:r>
        <w:rPr>
          <w:rFonts w:ascii="Times New Roman" w:eastAsia="Times New Roman" w:hAnsi="Times New Roman" w:cs="Times New Roman"/>
          <w:lang w:val="pl-PL" w:eastAsia="pl-PL"/>
        </w:rPr>
        <w:t>szczegółowym programie wycieczki.</w:t>
      </w:r>
    </w:p>
    <w:p w14:paraId="5AF79400" w14:textId="77777777" w:rsidR="00A456AC" w:rsidRPr="00A456AC" w:rsidRDefault="00A456AC" w:rsidP="00CC6090">
      <w:pPr>
        <w:numPr>
          <w:ilvl w:val="0"/>
          <w:numId w:val="34"/>
        </w:numPr>
        <w:tabs>
          <w:tab w:val="clear" w:pos="720"/>
          <w:tab w:val="num" w:pos="426"/>
        </w:tabs>
        <w:spacing w:before="100" w:beforeAutospacing="1" w:after="120"/>
        <w:ind w:left="426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określi w ofercie i kalkulacji cenowej liczbę posiłków, ich rodzaj oraz miejsce podania.</w:t>
      </w:r>
    </w:p>
    <w:p w14:paraId="66F5991E" w14:textId="5B945B16" w:rsidR="00A456AC" w:rsidRPr="00A456AC" w:rsidRDefault="00A456AC" w:rsidP="00151DE7">
      <w:pPr>
        <w:numPr>
          <w:ilvl w:val="0"/>
          <w:numId w:val="34"/>
        </w:numPr>
        <w:tabs>
          <w:tab w:val="clear" w:pos="720"/>
          <w:tab w:val="num" w:pos="426"/>
        </w:tabs>
        <w:spacing w:before="100" w:beforeAutospacing="1" w:after="120"/>
        <w:ind w:left="426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Cena obejmuje wszystkie posiłki wskazane w </w:t>
      </w:r>
      <w:r w:rsidR="00151DE7">
        <w:rPr>
          <w:rFonts w:ascii="Times New Roman" w:eastAsia="Times New Roman" w:hAnsi="Times New Roman" w:cs="Times New Roman"/>
          <w:lang w:val="pl-PL" w:eastAsia="pl-PL"/>
        </w:rPr>
        <w:t xml:space="preserve">programie wycieczki </w:t>
      </w:r>
      <w:r w:rsidR="00151DE7" w:rsidRPr="00A456AC">
        <w:rPr>
          <w:rFonts w:ascii="Times New Roman" w:eastAsia="Times New Roman" w:hAnsi="Times New Roman" w:cs="Times New Roman"/>
          <w:lang w:val="pl-PL" w:eastAsia="pl-PL"/>
        </w:rPr>
        <w:t>§</w:t>
      </w:r>
      <w:r w:rsidR="00151DE7">
        <w:rPr>
          <w:rFonts w:ascii="Times New Roman" w:eastAsia="Times New Roman" w:hAnsi="Times New Roman" w:cs="Times New Roman"/>
          <w:lang w:val="pl-PL" w:eastAsia="pl-PL"/>
        </w:rPr>
        <w:t>1 ust. 5</w:t>
      </w:r>
      <w:r w:rsidRPr="00A456AC">
        <w:rPr>
          <w:rFonts w:ascii="Times New Roman" w:eastAsia="Times New Roman" w:hAnsi="Times New Roman" w:cs="Times New Roman"/>
          <w:lang w:val="pl-PL" w:eastAsia="pl-PL"/>
        </w:rPr>
        <w:t>.</w:t>
      </w:r>
    </w:p>
    <w:p w14:paraId="38BBE866" w14:textId="1A0D3815" w:rsidR="00A456AC" w:rsidRPr="00A456AC" w:rsidRDefault="00A456AC" w:rsidP="00CC6090">
      <w:pPr>
        <w:pStyle w:val="Nagwek2"/>
        <w:spacing w:before="120" w:after="12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A456AC">
        <w:rPr>
          <w:rFonts w:ascii="Times New Roman" w:hAnsi="Times New Roman" w:cs="Times New Roman"/>
          <w:color w:val="auto"/>
          <w:sz w:val="22"/>
          <w:szCs w:val="22"/>
          <w:lang w:val="pl-PL"/>
        </w:rPr>
        <w:t>§</w:t>
      </w:r>
      <w:r w:rsidR="00CC6090">
        <w:rPr>
          <w:rFonts w:ascii="Times New Roman" w:hAnsi="Times New Roman" w:cs="Times New Roman"/>
          <w:color w:val="auto"/>
          <w:sz w:val="22"/>
          <w:szCs w:val="22"/>
          <w:lang w:val="pl-PL"/>
        </w:rPr>
        <w:t>6</w:t>
      </w:r>
    </w:p>
    <w:p w14:paraId="6A71BA49" w14:textId="77777777" w:rsidR="00A456AC" w:rsidRPr="00A456AC" w:rsidRDefault="00A456AC" w:rsidP="00CC6090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Ubezpieczenie i bezpieczeństwo</w:t>
      </w:r>
    </w:p>
    <w:p w14:paraId="28048160" w14:textId="2346EEF4" w:rsidR="00A456AC" w:rsidRPr="00A456AC" w:rsidRDefault="00A456AC" w:rsidP="00B971C9">
      <w:pPr>
        <w:numPr>
          <w:ilvl w:val="0"/>
          <w:numId w:val="35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Organizator zapewni ubezpieczenie uczestników w zakresie: </w:t>
      </w:r>
      <w:r w:rsidRPr="00CC6090">
        <w:rPr>
          <w:rFonts w:ascii="Times New Roman" w:eastAsia="Times New Roman" w:hAnsi="Times New Roman" w:cs="Times New Roman"/>
          <w:b/>
          <w:bCs/>
          <w:lang w:val="pl-PL" w:eastAsia="pl-PL"/>
        </w:rPr>
        <w:t>NNW/KL.</w:t>
      </w:r>
      <w:r>
        <w:rPr>
          <w:rFonts w:ascii="Times New Roman" w:eastAsia="Times New Roman" w:hAnsi="Times New Roman" w:cs="Times New Roman"/>
          <w:lang w:val="pl-PL" w:eastAsia="pl-PL"/>
        </w:rPr>
        <w:t xml:space="preserve"> </w:t>
      </w:r>
    </w:p>
    <w:p w14:paraId="4FE40735" w14:textId="77777777" w:rsidR="00A456AC" w:rsidRPr="00A456AC" w:rsidRDefault="00A456AC" w:rsidP="00B971C9">
      <w:pPr>
        <w:numPr>
          <w:ilvl w:val="0"/>
          <w:numId w:val="35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poda nazwę ubezpieczyciela, zakres ochrony, sumy ubezpieczenia oraz sposób zgłaszania szkód.</w:t>
      </w:r>
    </w:p>
    <w:p w14:paraId="79F55318" w14:textId="1812C610" w:rsidR="00A456AC" w:rsidRPr="00A456AC" w:rsidRDefault="00A456AC" w:rsidP="00B971C9">
      <w:pPr>
        <w:numPr>
          <w:ilvl w:val="0"/>
          <w:numId w:val="35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lastRenderedPageBreak/>
        <w:t>Organizator zapewni, że transport, zakwaterowanie i pozostałe usługi będą realizowane zgodnie z</w:t>
      </w:r>
      <w:r w:rsidR="00CC6090">
        <w:rPr>
          <w:rFonts w:ascii="Times New Roman" w:eastAsia="Times New Roman" w:hAnsi="Times New Roman" w:cs="Times New Roman"/>
          <w:lang w:val="pl-PL" w:eastAsia="pl-PL"/>
        </w:rPr>
        <w:t> </w:t>
      </w:r>
      <w:r w:rsidRPr="00A456AC">
        <w:rPr>
          <w:rFonts w:ascii="Times New Roman" w:eastAsia="Times New Roman" w:hAnsi="Times New Roman" w:cs="Times New Roman"/>
          <w:lang w:val="pl-PL" w:eastAsia="pl-PL"/>
        </w:rPr>
        <w:t>obowiązującymi przepisami bezpieczeństwa.</w:t>
      </w:r>
    </w:p>
    <w:p w14:paraId="5381AD90" w14:textId="77777777" w:rsidR="00A456AC" w:rsidRPr="00A456AC" w:rsidRDefault="00A456AC" w:rsidP="00B971C9">
      <w:pPr>
        <w:numPr>
          <w:ilvl w:val="0"/>
          <w:numId w:val="35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W razie wypadku, awarii lub innego zdarzenia zagrażającego uczestnikom Organizator podejmie niezbędne działania i niezwłocznie poinformuje osobę wskazaną przez Zamawiającego.</w:t>
      </w:r>
    </w:p>
    <w:p w14:paraId="1332AC47" w14:textId="47E86B6E" w:rsidR="00A456AC" w:rsidRDefault="00A456AC" w:rsidP="00B971C9">
      <w:pPr>
        <w:numPr>
          <w:ilvl w:val="0"/>
          <w:numId w:val="35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 xml:space="preserve">Osoba do kontaktu ze strony </w:t>
      </w:r>
      <w:r w:rsidR="00E4149A" w:rsidRPr="00A456AC">
        <w:rPr>
          <w:rFonts w:ascii="Times New Roman" w:eastAsia="Times New Roman" w:hAnsi="Times New Roman" w:cs="Times New Roman"/>
          <w:lang w:val="pl-PL" w:eastAsia="pl-PL"/>
        </w:rPr>
        <w:t>Zamawiającego:</w:t>
      </w:r>
      <w:r w:rsidR="00E4149A">
        <w:rPr>
          <w:rFonts w:ascii="Times New Roman" w:eastAsia="Times New Roman" w:hAnsi="Times New Roman" w:cs="Times New Roman"/>
          <w:lang w:val="pl-PL" w:eastAsia="pl-PL"/>
        </w:rPr>
        <w:t xml:space="preserve"> …</w:t>
      </w:r>
      <w:r w:rsidRPr="00A456AC">
        <w:rPr>
          <w:rFonts w:ascii="Times New Roman" w:eastAsia="Times New Roman" w:hAnsi="Times New Roman" w:cs="Times New Roman"/>
          <w:lang w:val="pl-PL" w:eastAsia="pl-PL"/>
        </w:rPr>
        <w:t>…………………………………………</w:t>
      </w:r>
    </w:p>
    <w:p w14:paraId="49AE6D50" w14:textId="096217AB" w:rsidR="00A456AC" w:rsidRPr="00A456AC" w:rsidRDefault="00A456AC" w:rsidP="00B971C9">
      <w:pPr>
        <w:tabs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Telefon: …………………………………………………………………………</w:t>
      </w:r>
    </w:p>
    <w:p w14:paraId="173A7906" w14:textId="57CEEF2C" w:rsidR="00A456AC" w:rsidRPr="00CC6090" w:rsidRDefault="00A456AC" w:rsidP="00B971C9">
      <w:pPr>
        <w:numPr>
          <w:ilvl w:val="0"/>
          <w:numId w:val="35"/>
        </w:numPr>
        <w:tabs>
          <w:tab w:val="clear" w:pos="720"/>
          <w:tab w:val="num" w:pos="426"/>
        </w:tabs>
        <w:spacing w:after="100"/>
        <w:ind w:left="425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Osoba do kontaktu ze strony Organizatora:</w:t>
      </w:r>
      <w:r w:rsidR="00CC6090">
        <w:rPr>
          <w:rFonts w:ascii="Times New Roman" w:eastAsia="Times New Roman" w:hAnsi="Times New Roman" w:cs="Times New Roman"/>
          <w:lang w:val="pl-PL" w:eastAsia="pl-PL"/>
        </w:rPr>
        <w:t xml:space="preserve"> </w:t>
      </w:r>
      <w:r w:rsidRPr="00CC6090">
        <w:rPr>
          <w:rFonts w:ascii="Times New Roman" w:eastAsia="Times New Roman" w:hAnsi="Times New Roman" w:cs="Times New Roman"/>
          <w:lang w:val="pl-PL" w:eastAsia="pl-PL"/>
        </w:rPr>
        <w:t>……………………………………………………</w:t>
      </w:r>
    </w:p>
    <w:p w14:paraId="39419028" w14:textId="77777777" w:rsidR="00A456AC" w:rsidRPr="00A456AC" w:rsidRDefault="00A456AC" w:rsidP="00CC6090">
      <w:pPr>
        <w:tabs>
          <w:tab w:val="num" w:pos="426"/>
        </w:tabs>
        <w:spacing w:after="120"/>
        <w:ind w:left="426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Telefon alarmowy podczas wycieczki: ………………………………………</w:t>
      </w:r>
    </w:p>
    <w:p w14:paraId="5EBC8376" w14:textId="4D70548D" w:rsidR="00A456AC" w:rsidRPr="00CC6090" w:rsidRDefault="00A456AC" w:rsidP="00CC6090">
      <w:pPr>
        <w:spacing w:before="120" w:after="120" w:line="240" w:lineRule="auto"/>
        <w:jc w:val="center"/>
        <w:rPr>
          <w:rFonts w:ascii="Times New Roman" w:hAnsi="Times New Roman" w:cs="Times New Roman"/>
          <w:b/>
          <w:bCs/>
          <w:lang w:val="pl-PL"/>
        </w:rPr>
      </w:pPr>
      <w:r w:rsidRPr="00CC6090">
        <w:rPr>
          <w:rFonts w:ascii="Times New Roman" w:hAnsi="Times New Roman" w:cs="Times New Roman"/>
          <w:b/>
          <w:bCs/>
          <w:lang w:val="pl-PL"/>
        </w:rPr>
        <w:t>§</w:t>
      </w:r>
      <w:r w:rsidR="00CC6090" w:rsidRPr="00CC6090">
        <w:rPr>
          <w:rFonts w:ascii="Times New Roman" w:hAnsi="Times New Roman" w:cs="Times New Roman"/>
          <w:b/>
          <w:bCs/>
          <w:lang w:val="pl-PL"/>
        </w:rPr>
        <w:t>7</w:t>
      </w:r>
    </w:p>
    <w:p w14:paraId="66CC78CB" w14:textId="77777777" w:rsidR="00A456AC" w:rsidRPr="00A456AC" w:rsidRDefault="00A456AC" w:rsidP="00CC6090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Obowiązki Stron</w:t>
      </w:r>
    </w:p>
    <w:p w14:paraId="4D42F470" w14:textId="77777777" w:rsidR="00A456AC" w:rsidRPr="00A456AC" w:rsidRDefault="00A456AC" w:rsidP="00B971C9">
      <w:pPr>
        <w:numPr>
          <w:ilvl w:val="0"/>
          <w:numId w:val="36"/>
        </w:numPr>
        <w:tabs>
          <w:tab w:val="clear" w:pos="720"/>
          <w:tab w:val="num" w:pos="426"/>
        </w:tabs>
        <w:spacing w:after="100" w:line="240" w:lineRule="auto"/>
        <w:ind w:left="426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zobowiązuje się do:</w:t>
      </w:r>
    </w:p>
    <w:p w14:paraId="1CA84DB9" w14:textId="77777777" w:rsidR="00A456AC" w:rsidRPr="00A456AC" w:rsidRDefault="00A456AC" w:rsidP="00B971C9">
      <w:pPr>
        <w:numPr>
          <w:ilvl w:val="1"/>
          <w:numId w:val="39"/>
        </w:numPr>
        <w:spacing w:after="100" w:line="240" w:lineRule="auto"/>
        <w:ind w:left="851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wykonania umowy zgodnie z ustalonym programem;</w:t>
      </w:r>
    </w:p>
    <w:p w14:paraId="7FBA6E4C" w14:textId="77777777" w:rsidR="00A456AC" w:rsidRPr="00A456AC" w:rsidRDefault="00A456AC" w:rsidP="00B971C9">
      <w:pPr>
        <w:numPr>
          <w:ilvl w:val="1"/>
          <w:numId w:val="39"/>
        </w:numPr>
        <w:spacing w:after="100" w:line="240" w:lineRule="auto"/>
        <w:ind w:left="851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dokonania wymaganych rezerwacji;</w:t>
      </w:r>
    </w:p>
    <w:p w14:paraId="2E264D60" w14:textId="77777777" w:rsidR="00A456AC" w:rsidRPr="00A456AC" w:rsidRDefault="00A456AC" w:rsidP="00B971C9">
      <w:pPr>
        <w:numPr>
          <w:ilvl w:val="1"/>
          <w:numId w:val="39"/>
        </w:numPr>
        <w:spacing w:after="100" w:line="240" w:lineRule="auto"/>
        <w:ind w:left="851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zapewnienia uzgodnionego standardu świadczeń;</w:t>
      </w:r>
    </w:p>
    <w:p w14:paraId="0E7327C8" w14:textId="77777777" w:rsidR="00A456AC" w:rsidRPr="00A456AC" w:rsidRDefault="00A456AC" w:rsidP="00B971C9">
      <w:pPr>
        <w:numPr>
          <w:ilvl w:val="1"/>
          <w:numId w:val="39"/>
        </w:numPr>
        <w:spacing w:after="100" w:line="240" w:lineRule="auto"/>
        <w:ind w:left="851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informowania o zmianach i zagrożeniach dla realizacji wycieczki;</w:t>
      </w:r>
    </w:p>
    <w:p w14:paraId="72C9D734" w14:textId="77777777" w:rsidR="00A456AC" w:rsidRPr="00A456AC" w:rsidRDefault="00A456AC" w:rsidP="00B971C9">
      <w:pPr>
        <w:numPr>
          <w:ilvl w:val="1"/>
          <w:numId w:val="39"/>
        </w:numPr>
        <w:spacing w:after="100" w:line="240" w:lineRule="auto"/>
        <w:ind w:left="851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zapewnienia dokumentów wymaganych do rozliczenia kosztów.</w:t>
      </w:r>
    </w:p>
    <w:p w14:paraId="4451E4E5" w14:textId="77777777" w:rsidR="00A456AC" w:rsidRPr="00A456AC" w:rsidRDefault="00A456AC" w:rsidP="00B971C9">
      <w:pPr>
        <w:numPr>
          <w:ilvl w:val="0"/>
          <w:numId w:val="36"/>
        </w:numPr>
        <w:tabs>
          <w:tab w:val="clear" w:pos="720"/>
          <w:tab w:val="num" w:pos="426"/>
        </w:tabs>
        <w:spacing w:after="100" w:line="240" w:lineRule="auto"/>
        <w:ind w:left="426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Zamawiający zobowiązuje się do:</w:t>
      </w:r>
    </w:p>
    <w:p w14:paraId="14C6FA8A" w14:textId="77777777" w:rsidR="00A456AC" w:rsidRPr="00A456AC" w:rsidRDefault="00A456AC" w:rsidP="00B971C9">
      <w:pPr>
        <w:numPr>
          <w:ilvl w:val="1"/>
          <w:numId w:val="40"/>
        </w:numPr>
        <w:spacing w:after="100" w:line="240" w:lineRule="auto"/>
        <w:ind w:left="709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przekazania informacji organizacyjnych niezbędnych do realizacji wycieczki;</w:t>
      </w:r>
    </w:p>
    <w:p w14:paraId="30862F57" w14:textId="3601BF01" w:rsidR="00A456AC" w:rsidRPr="00A456AC" w:rsidRDefault="00A456AC" w:rsidP="00B971C9">
      <w:pPr>
        <w:numPr>
          <w:ilvl w:val="1"/>
          <w:numId w:val="40"/>
        </w:numPr>
        <w:spacing w:after="100" w:line="240" w:lineRule="auto"/>
        <w:ind w:left="709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zgłoszenia liczby uczestników do dnia …………………………;</w:t>
      </w:r>
    </w:p>
    <w:p w14:paraId="26D2E0B8" w14:textId="77777777" w:rsidR="00A456AC" w:rsidRPr="00A456AC" w:rsidRDefault="00A456AC" w:rsidP="00B971C9">
      <w:pPr>
        <w:numPr>
          <w:ilvl w:val="1"/>
          <w:numId w:val="40"/>
        </w:numPr>
        <w:spacing w:after="100" w:line="240" w:lineRule="auto"/>
        <w:ind w:left="709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terminowej zapłaty wynagrodzenia;</w:t>
      </w:r>
    </w:p>
    <w:p w14:paraId="0303AA98" w14:textId="77777777" w:rsidR="00A456AC" w:rsidRPr="00A456AC" w:rsidRDefault="00A456AC" w:rsidP="00CC6090">
      <w:pPr>
        <w:numPr>
          <w:ilvl w:val="1"/>
          <w:numId w:val="40"/>
        </w:numPr>
        <w:spacing w:after="120"/>
        <w:ind w:left="709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wyznaczenia osoby kontaktowej.</w:t>
      </w:r>
    </w:p>
    <w:p w14:paraId="0E129054" w14:textId="492F3AFC" w:rsidR="00CC6090" w:rsidRDefault="00A456AC" w:rsidP="00CC6090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 xml:space="preserve">§ </w:t>
      </w:r>
      <w:r w:rsidR="00CC6090">
        <w:rPr>
          <w:rFonts w:ascii="Times New Roman" w:eastAsia="Times New Roman" w:hAnsi="Times New Roman" w:cs="Times New Roman"/>
          <w:b/>
          <w:lang w:val="pl-PL" w:eastAsia="pl-PL"/>
        </w:rPr>
        <w:t>8</w:t>
      </w:r>
    </w:p>
    <w:p w14:paraId="7688C4FF" w14:textId="658DDADF" w:rsidR="00A456AC" w:rsidRPr="00A456AC" w:rsidRDefault="00A456AC" w:rsidP="00CC6090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Odpowiedzialność i reklamacje</w:t>
      </w:r>
    </w:p>
    <w:p w14:paraId="77FA73FA" w14:textId="77777777" w:rsidR="00A456AC" w:rsidRPr="00A456AC" w:rsidRDefault="00A456AC" w:rsidP="00B971C9">
      <w:pPr>
        <w:numPr>
          <w:ilvl w:val="0"/>
          <w:numId w:val="37"/>
        </w:numPr>
        <w:tabs>
          <w:tab w:val="clear" w:pos="720"/>
        </w:tabs>
        <w:spacing w:after="10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Strony ponoszą odpowiedzialność za niewykonanie lub nienależyte wykonanie swoich zobowiązań zgodnie z umową i obowiązującymi przepisami.</w:t>
      </w:r>
    </w:p>
    <w:p w14:paraId="5E403C13" w14:textId="77777777" w:rsidR="00A456AC" w:rsidRPr="00A456AC" w:rsidRDefault="00A456AC" w:rsidP="00B971C9">
      <w:pPr>
        <w:numPr>
          <w:ilvl w:val="0"/>
          <w:numId w:val="37"/>
        </w:numPr>
        <w:tabs>
          <w:tab w:val="clear" w:pos="720"/>
        </w:tabs>
        <w:spacing w:after="10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Nieprawidłowości w realizacji usług będą zgłaszane Organizatorowi niezwłocznie, w miarę możliwości podczas trwania wycieczki.</w:t>
      </w:r>
    </w:p>
    <w:p w14:paraId="614D814A" w14:textId="77777777" w:rsidR="00A456AC" w:rsidRPr="00A456AC" w:rsidRDefault="00A456AC" w:rsidP="00B971C9">
      <w:pPr>
        <w:numPr>
          <w:ilvl w:val="0"/>
          <w:numId w:val="37"/>
        </w:numPr>
        <w:tabs>
          <w:tab w:val="clear" w:pos="720"/>
        </w:tabs>
        <w:spacing w:after="10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podejmie działania w celu usunięcia zgłoszonych nieprawidłowości w możliwie najkrótszym terminie.</w:t>
      </w:r>
    </w:p>
    <w:p w14:paraId="7565CC4C" w14:textId="77777777" w:rsidR="00A456AC" w:rsidRPr="00A456AC" w:rsidRDefault="00A456AC" w:rsidP="00B971C9">
      <w:pPr>
        <w:numPr>
          <w:ilvl w:val="0"/>
          <w:numId w:val="37"/>
        </w:numPr>
        <w:tabs>
          <w:tab w:val="clear" w:pos="720"/>
        </w:tabs>
        <w:spacing w:after="10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Reklamacje mogą być składane na adres siedziby Organizatora lub pocztą elektroniczną na adres …………………………………………………………………………</w:t>
      </w:r>
    </w:p>
    <w:p w14:paraId="5D5B6656" w14:textId="77777777" w:rsidR="00A456AC" w:rsidRPr="00A456AC" w:rsidRDefault="00A456AC" w:rsidP="00CC6090">
      <w:pPr>
        <w:numPr>
          <w:ilvl w:val="0"/>
          <w:numId w:val="37"/>
        </w:numPr>
        <w:tabs>
          <w:tab w:val="clear" w:pos="720"/>
        </w:tabs>
        <w:spacing w:after="120"/>
        <w:ind w:left="426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Umowa nie ogranicza praw wynikających z bezwzględnie obowiązujących przepisów prawa.</w:t>
      </w:r>
    </w:p>
    <w:p w14:paraId="2378A812" w14:textId="45DDB261" w:rsidR="00CC6090" w:rsidRDefault="00A456AC" w:rsidP="00FF3561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 xml:space="preserve">§ </w:t>
      </w:r>
      <w:r w:rsidR="00CC6090">
        <w:rPr>
          <w:rFonts w:ascii="Times New Roman" w:eastAsia="Times New Roman" w:hAnsi="Times New Roman" w:cs="Times New Roman"/>
          <w:b/>
          <w:lang w:val="pl-PL" w:eastAsia="pl-PL"/>
        </w:rPr>
        <w:t>9</w:t>
      </w:r>
    </w:p>
    <w:p w14:paraId="1671CC48" w14:textId="2622E35A" w:rsidR="00A456AC" w:rsidRPr="00A456AC" w:rsidRDefault="00A456AC" w:rsidP="00FF3561">
      <w:pPr>
        <w:spacing w:before="12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val="pl-PL" w:eastAsia="pl-PL"/>
        </w:rPr>
      </w:pPr>
      <w:r w:rsidRPr="00A456AC">
        <w:rPr>
          <w:rFonts w:ascii="Times New Roman" w:eastAsia="Times New Roman" w:hAnsi="Times New Roman" w:cs="Times New Roman"/>
          <w:b/>
          <w:lang w:val="pl-PL" w:eastAsia="pl-PL"/>
        </w:rPr>
        <w:t>Ochrona danych osobowych</w:t>
      </w:r>
    </w:p>
    <w:p w14:paraId="26B6B43C" w14:textId="77777777" w:rsidR="00A456AC" w:rsidRPr="00A456AC" w:rsidRDefault="00A456AC" w:rsidP="00CC6090">
      <w:pPr>
        <w:numPr>
          <w:ilvl w:val="0"/>
          <w:numId w:val="38"/>
        </w:numPr>
        <w:tabs>
          <w:tab w:val="clear" w:pos="720"/>
          <w:tab w:val="num" w:pos="426"/>
        </w:tabs>
        <w:spacing w:after="12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Strony zobowiązują się przestrzegać przepisów o ochronie danych osobowych.</w:t>
      </w:r>
    </w:p>
    <w:p w14:paraId="4A2D1F9D" w14:textId="77777777" w:rsidR="00A456AC" w:rsidRPr="00A456AC" w:rsidRDefault="00A456AC" w:rsidP="00CC6090">
      <w:pPr>
        <w:numPr>
          <w:ilvl w:val="0"/>
          <w:numId w:val="38"/>
        </w:numPr>
        <w:tabs>
          <w:tab w:val="clear" w:pos="720"/>
          <w:tab w:val="num" w:pos="426"/>
        </w:tabs>
        <w:spacing w:after="12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lastRenderedPageBreak/>
        <w:t>Zamawiający przekazuje Organizatorowi wyłącznie dane niezbędne do organizacji wycieczki i realizacji uzgodnionych świadczeń.</w:t>
      </w:r>
    </w:p>
    <w:p w14:paraId="40229E41" w14:textId="77777777" w:rsidR="00A456AC" w:rsidRPr="00A456AC" w:rsidRDefault="00A456AC" w:rsidP="00CC6090">
      <w:pPr>
        <w:numPr>
          <w:ilvl w:val="0"/>
          <w:numId w:val="38"/>
        </w:numPr>
        <w:tabs>
          <w:tab w:val="clear" w:pos="720"/>
          <w:tab w:val="num" w:pos="426"/>
        </w:tabs>
        <w:spacing w:after="12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Organizator wykorzystuje dane uczestników wyłącznie w celach związanych z realizacją umowy oraz przechowuje je przez okres wymagany prawem.</w:t>
      </w:r>
    </w:p>
    <w:p w14:paraId="49D3E1EE" w14:textId="08FFB46D" w:rsidR="00A456AC" w:rsidRPr="00CC6090" w:rsidRDefault="00A456AC" w:rsidP="00CC6090">
      <w:pPr>
        <w:numPr>
          <w:ilvl w:val="0"/>
          <w:numId w:val="38"/>
        </w:numPr>
        <w:tabs>
          <w:tab w:val="clear" w:pos="720"/>
          <w:tab w:val="num" w:pos="426"/>
        </w:tabs>
        <w:spacing w:after="120"/>
        <w:ind w:left="425" w:hanging="357"/>
        <w:jc w:val="both"/>
        <w:rPr>
          <w:rFonts w:ascii="Times New Roman" w:eastAsia="Times New Roman" w:hAnsi="Times New Roman" w:cs="Times New Roman"/>
          <w:lang w:val="pl-PL" w:eastAsia="pl-PL"/>
        </w:rPr>
      </w:pPr>
      <w:r w:rsidRPr="00A456AC">
        <w:rPr>
          <w:rFonts w:ascii="Times New Roman" w:eastAsia="Times New Roman" w:hAnsi="Times New Roman" w:cs="Times New Roman"/>
          <w:lang w:val="pl-PL" w:eastAsia="pl-PL"/>
        </w:rPr>
        <w:t>Informacje o indywidualnej sytuacji socjalnej pracowników nie będą przekazywane Organizatorowi, jeżeli nie są niezbędne do realizacji umowy.</w:t>
      </w:r>
    </w:p>
    <w:p w14:paraId="798CD154" w14:textId="27486AB5" w:rsidR="00073E1F" w:rsidRPr="00593837" w:rsidRDefault="00073E1F" w:rsidP="00FF3561">
      <w:pPr>
        <w:pStyle w:val="Nagwek2"/>
        <w:spacing w:before="120" w:after="12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593837">
        <w:rPr>
          <w:rFonts w:ascii="Times New Roman" w:hAnsi="Times New Roman" w:cs="Times New Roman"/>
          <w:color w:val="auto"/>
          <w:sz w:val="22"/>
          <w:szCs w:val="22"/>
          <w:lang w:val="pl-PL"/>
        </w:rPr>
        <w:t>§</w:t>
      </w:r>
      <w:r w:rsidR="00CC6090">
        <w:rPr>
          <w:rFonts w:ascii="Times New Roman" w:hAnsi="Times New Roman" w:cs="Times New Roman"/>
          <w:color w:val="auto"/>
          <w:sz w:val="22"/>
          <w:szCs w:val="22"/>
          <w:lang w:val="pl-PL"/>
        </w:rPr>
        <w:t>10</w:t>
      </w:r>
    </w:p>
    <w:p w14:paraId="77128166" w14:textId="06B2199A" w:rsidR="00073E1F" w:rsidRPr="00593837" w:rsidRDefault="00073E1F" w:rsidP="00FF3561">
      <w:pPr>
        <w:pStyle w:val="Nagwek2"/>
        <w:spacing w:before="120" w:after="240" w:line="240" w:lineRule="auto"/>
        <w:jc w:val="center"/>
        <w:rPr>
          <w:rFonts w:ascii="Times New Roman" w:hAnsi="Times New Roman" w:cs="Times New Roman"/>
          <w:color w:val="auto"/>
          <w:sz w:val="22"/>
          <w:szCs w:val="22"/>
          <w:lang w:val="pl-PL"/>
        </w:rPr>
      </w:pPr>
      <w:r w:rsidRPr="00593837">
        <w:rPr>
          <w:rFonts w:ascii="Times New Roman" w:hAnsi="Times New Roman" w:cs="Times New Roman"/>
          <w:color w:val="auto"/>
          <w:sz w:val="22"/>
          <w:szCs w:val="22"/>
          <w:lang w:val="pl-PL"/>
        </w:rPr>
        <w:t>Siła wyższa</w:t>
      </w:r>
    </w:p>
    <w:p w14:paraId="3BE3F934" w14:textId="044355EC" w:rsidR="0054323A" w:rsidRPr="00593837" w:rsidRDefault="00073E1F" w:rsidP="00593837">
      <w:pPr>
        <w:spacing w:before="120" w:after="80"/>
        <w:jc w:val="both"/>
        <w:rPr>
          <w:rFonts w:ascii="Times New Roman" w:hAnsi="Times New Roman" w:cs="Times New Roman"/>
          <w:color w:val="EE0000"/>
          <w:lang w:val="pl-PL"/>
        </w:rPr>
      </w:pPr>
      <w:r w:rsidRPr="00593837">
        <w:rPr>
          <w:rFonts w:ascii="Times New Roman" w:hAnsi="Times New Roman" w:cs="Times New Roman"/>
          <w:color w:val="EE0000"/>
          <w:lang w:val="pl-PL"/>
        </w:rPr>
        <w:t>W przypadku wystąpienia siły wyższej, która uniemożliwi wykonanie umowy przez jedną ze Stron, Strona ta nie ponosi odpowiedzialności za niewykonanie zobowiązań.</w:t>
      </w:r>
    </w:p>
    <w:p w14:paraId="14082201" w14:textId="646768E4" w:rsidR="00073E1F" w:rsidRPr="00593837" w:rsidRDefault="00073E1F" w:rsidP="00FF3561">
      <w:p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lang w:val="pl-PL" w:eastAsia="pl-PL"/>
        </w:rPr>
      </w:pPr>
      <w:r w:rsidRPr="00593837">
        <w:rPr>
          <w:rFonts w:ascii="Times New Roman" w:eastAsia="Times New Roman" w:hAnsi="Times New Roman" w:cs="Times New Roman"/>
          <w:b/>
          <w:bCs/>
          <w:lang w:val="pl-PL" w:eastAsia="pl-PL"/>
        </w:rPr>
        <w:t>§</w:t>
      </w:r>
      <w:r w:rsidR="00CC6090">
        <w:rPr>
          <w:rFonts w:ascii="Times New Roman" w:eastAsia="Times New Roman" w:hAnsi="Times New Roman" w:cs="Times New Roman"/>
          <w:b/>
          <w:bCs/>
          <w:lang w:val="pl-PL" w:eastAsia="pl-PL"/>
        </w:rPr>
        <w:t>11</w:t>
      </w:r>
      <w:r w:rsidRPr="00593837">
        <w:rPr>
          <w:rFonts w:ascii="Times New Roman" w:eastAsia="Times New Roman" w:hAnsi="Times New Roman" w:cs="Times New Roman"/>
          <w:b/>
          <w:bCs/>
          <w:lang w:val="pl-PL" w:eastAsia="pl-PL"/>
        </w:rPr>
        <w:t xml:space="preserve"> </w:t>
      </w:r>
    </w:p>
    <w:p w14:paraId="1714937C" w14:textId="2A47800C" w:rsidR="00073E1F" w:rsidRPr="00593837" w:rsidRDefault="00073E1F" w:rsidP="00FF3561">
      <w:pPr>
        <w:spacing w:before="120" w:after="240"/>
        <w:jc w:val="center"/>
        <w:outlineLvl w:val="1"/>
        <w:rPr>
          <w:rFonts w:ascii="Times New Roman" w:eastAsia="Times New Roman" w:hAnsi="Times New Roman" w:cs="Times New Roman"/>
          <w:b/>
          <w:bCs/>
          <w:lang w:val="pl-PL" w:eastAsia="pl-PL"/>
        </w:rPr>
      </w:pPr>
      <w:r w:rsidRPr="00593837">
        <w:rPr>
          <w:rFonts w:ascii="Times New Roman" w:eastAsia="Times New Roman" w:hAnsi="Times New Roman" w:cs="Times New Roman"/>
          <w:b/>
          <w:bCs/>
          <w:lang w:val="pl-PL" w:eastAsia="pl-PL"/>
        </w:rPr>
        <w:t>Postanowienia końcowe</w:t>
      </w:r>
    </w:p>
    <w:p w14:paraId="3A18EC3D" w14:textId="1BC4E035" w:rsidR="006A3F41" w:rsidRPr="00593837" w:rsidRDefault="006A3F41" w:rsidP="00CC6090">
      <w:pPr>
        <w:numPr>
          <w:ilvl w:val="0"/>
          <w:numId w:val="31"/>
        </w:numPr>
        <w:tabs>
          <w:tab w:val="left" w:pos="426"/>
        </w:tabs>
        <w:suppressAutoHyphens/>
        <w:spacing w:before="80" w:after="120"/>
        <w:ind w:left="425" w:hanging="357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 xml:space="preserve">Do spraw nieuregulowanych w umowie mają zastosowanie przepisy </w:t>
      </w:r>
      <w:r w:rsidR="00E06533">
        <w:rPr>
          <w:rFonts w:ascii="Times New Roman" w:hAnsi="Times New Roman" w:cs="Times New Roman"/>
          <w:lang w:val="pl-PL"/>
        </w:rPr>
        <w:t>K</w:t>
      </w:r>
      <w:r w:rsidRPr="00593837">
        <w:rPr>
          <w:rFonts w:ascii="Times New Roman" w:hAnsi="Times New Roman" w:cs="Times New Roman"/>
          <w:lang w:val="pl-PL"/>
        </w:rPr>
        <w:t>odeksu Cywilnego oraz inne przepisy właściwe ze względu na przedmiot umowy.</w:t>
      </w:r>
    </w:p>
    <w:p w14:paraId="692BA11F" w14:textId="77777777" w:rsidR="006A3F41" w:rsidRPr="00593837" w:rsidRDefault="006A3F41" w:rsidP="00CC6090">
      <w:pPr>
        <w:numPr>
          <w:ilvl w:val="0"/>
          <w:numId w:val="31"/>
        </w:numPr>
        <w:tabs>
          <w:tab w:val="left" w:pos="426"/>
        </w:tabs>
        <w:suppressAutoHyphens/>
        <w:spacing w:before="80" w:after="120"/>
        <w:ind w:left="425" w:hanging="357"/>
        <w:jc w:val="both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Wszelkie spory wynikające z umowy lub powstające w związku z nią, strony zobowiązują się rozstrzygać na drodze polubownej, a w przypadku braku porozumienia przekazać sprawę do rozstrzygnięcia przez sąd właściwy miejscowo dla siedziby Zamawiającego.</w:t>
      </w:r>
    </w:p>
    <w:p w14:paraId="39D1500D" w14:textId="77777777" w:rsidR="0054323A" w:rsidRDefault="0054323A" w:rsidP="005A0AB2">
      <w:pPr>
        <w:spacing w:after="80"/>
        <w:rPr>
          <w:rFonts w:ascii="Times New Roman" w:hAnsi="Times New Roman" w:cs="Times New Roman"/>
          <w:lang w:val="pl-PL"/>
        </w:rPr>
      </w:pPr>
    </w:p>
    <w:p w14:paraId="0547E8DF" w14:textId="77777777" w:rsidR="00593837" w:rsidRDefault="00593837" w:rsidP="005A0AB2">
      <w:pPr>
        <w:spacing w:after="80"/>
        <w:rPr>
          <w:rFonts w:ascii="Times New Roman" w:hAnsi="Times New Roman" w:cs="Times New Roman"/>
          <w:lang w:val="pl-PL"/>
        </w:rPr>
      </w:pPr>
    </w:p>
    <w:p w14:paraId="29CEFB87" w14:textId="77777777" w:rsidR="00593837" w:rsidRDefault="00593837" w:rsidP="005A0AB2">
      <w:pPr>
        <w:spacing w:after="80"/>
        <w:rPr>
          <w:rFonts w:ascii="Times New Roman" w:hAnsi="Times New Roman" w:cs="Times New Roman"/>
          <w:lang w:val="pl-PL"/>
        </w:rPr>
      </w:pPr>
    </w:p>
    <w:p w14:paraId="007ED973" w14:textId="77777777" w:rsidR="001D4968" w:rsidRPr="00593837" w:rsidRDefault="001D4968" w:rsidP="005A0AB2">
      <w:pPr>
        <w:spacing w:after="80"/>
        <w:rPr>
          <w:rFonts w:ascii="Times New Roman" w:hAnsi="Times New Roman" w:cs="Times New Roman"/>
          <w:lang w:val="pl-PL"/>
        </w:rPr>
      </w:pPr>
    </w:p>
    <w:p w14:paraId="2DF8CCD4" w14:textId="286B0096" w:rsidR="0054323A" w:rsidRPr="00593837" w:rsidRDefault="00000000" w:rsidP="00593837">
      <w:pPr>
        <w:spacing w:after="0" w:line="240" w:lineRule="auto"/>
        <w:rPr>
          <w:rFonts w:ascii="Times New Roman" w:hAnsi="Times New Roman" w:cs="Times New Roman"/>
          <w:lang w:val="pl-PL"/>
        </w:rPr>
      </w:pPr>
      <w:r w:rsidRPr="00593837">
        <w:rPr>
          <w:rFonts w:ascii="Times New Roman" w:hAnsi="Times New Roman" w:cs="Times New Roman"/>
          <w:lang w:val="pl-PL"/>
        </w:rPr>
        <w:t>..............................................</w:t>
      </w:r>
      <w:r w:rsidR="00073E1F" w:rsidRPr="00593837">
        <w:rPr>
          <w:rFonts w:ascii="Times New Roman" w:hAnsi="Times New Roman" w:cs="Times New Roman"/>
          <w:lang w:val="pl-PL"/>
        </w:rPr>
        <w:t xml:space="preserve">                                            </w:t>
      </w:r>
      <w:r w:rsidR="00593837">
        <w:rPr>
          <w:rFonts w:ascii="Times New Roman" w:hAnsi="Times New Roman" w:cs="Times New Roman"/>
          <w:lang w:val="pl-PL"/>
        </w:rPr>
        <w:tab/>
      </w:r>
      <w:r w:rsidR="00593837">
        <w:rPr>
          <w:rFonts w:ascii="Times New Roman" w:hAnsi="Times New Roman" w:cs="Times New Roman"/>
          <w:lang w:val="pl-PL"/>
        </w:rPr>
        <w:tab/>
      </w:r>
      <w:r w:rsidR="00593837">
        <w:rPr>
          <w:rFonts w:ascii="Times New Roman" w:hAnsi="Times New Roman" w:cs="Times New Roman"/>
          <w:lang w:val="pl-PL"/>
        </w:rPr>
        <w:tab/>
      </w:r>
      <w:r w:rsidR="00073E1F" w:rsidRPr="00593837">
        <w:rPr>
          <w:rFonts w:ascii="Times New Roman" w:hAnsi="Times New Roman" w:cs="Times New Roman"/>
          <w:lang w:val="pl-PL"/>
        </w:rPr>
        <w:t xml:space="preserve"> ……………………………..</w:t>
      </w:r>
    </w:p>
    <w:p w14:paraId="334DA4C6" w14:textId="556567E6" w:rsidR="0054323A" w:rsidRPr="00593837" w:rsidRDefault="00073E1F" w:rsidP="005A0AB2">
      <w:pPr>
        <w:spacing w:after="80"/>
        <w:rPr>
          <w:rFonts w:ascii="Times New Roman" w:hAnsi="Times New Roman" w:cs="Times New Roman"/>
          <w:sz w:val="18"/>
          <w:szCs w:val="18"/>
          <w:lang w:val="pl-PL"/>
        </w:rPr>
      </w:pPr>
      <w:r w:rsidRPr="00593837">
        <w:rPr>
          <w:rFonts w:ascii="Times New Roman" w:hAnsi="Times New Roman" w:cs="Times New Roman"/>
          <w:sz w:val="18"/>
          <w:szCs w:val="18"/>
          <w:lang w:val="pl-PL"/>
        </w:rPr>
        <w:t xml:space="preserve">        (</w:t>
      </w:r>
      <w:proofErr w:type="gramStart"/>
      <w:r w:rsidRPr="00593837">
        <w:rPr>
          <w:rFonts w:ascii="Times New Roman" w:hAnsi="Times New Roman" w:cs="Times New Roman"/>
          <w:sz w:val="18"/>
          <w:szCs w:val="18"/>
          <w:lang w:val="pl-PL"/>
        </w:rPr>
        <w:t xml:space="preserve">Organizator)   </w:t>
      </w:r>
      <w:proofErr w:type="gramEnd"/>
      <w:r w:rsidRPr="00593837">
        <w:rPr>
          <w:rFonts w:ascii="Times New Roman" w:hAnsi="Times New Roman" w:cs="Times New Roman"/>
          <w:sz w:val="18"/>
          <w:szCs w:val="18"/>
          <w:lang w:val="pl-PL"/>
        </w:rPr>
        <w:t xml:space="preserve">                                                                 </w:t>
      </w:r>
      <w:r w:rsidR="00593837">
        <w:rPr>
          <w:rFonts w:ascii="Times New Roman" w:hAnsi="Times New Roman" w:cs="Times New Roman"/>
          <w:sz w:val="18"/>
          <w:szCs w:val="18"/>
          <w:lang w:val="pl-PL"/>
        </w:rPr>
        <w:tab/>
      </w:r>
      <w:r w:rsidR="00593837">
        <w:rPr>
          <w:rFonts w:ascii="Times New Roman" w:hAnsi="Times New Roman" w:cs="Times New Roman"/>
          <w:sz w:val="18"/>
          <w:szCs w:val="18"/>
          <w:lang w:val="pl-PL"/>
        </w:rPr>
        <w:tab/>
      </w:r>
      <w:r w:rsidR="00593837">
        <w:rPr>
          <w:rFonts w:ascii="Times New Roman" w:hAnsi="Times New Roman" w:cs="Times New Roman"/>
          <w:sz w:val="18"/>
          <w:szCs w:val="18"/>
          <w:lang w:val="pl-PL"/>
        </w:rPr>
        <w:tab/>
      </w:r>
      <w:r w:rsidR="00593837">
        <w:rPr>
          <w:rFonts w:ascii="Times New Roman" w:hAnsi="Times New Roman" w:cs="Times New Roman"/>
          <w:sz w:val="18"/>
          <w:szCs w:val="18"/>
          <w:lang w:val="pl-PL"/>
        </w:rPr>
        <w:tab/>
      </w:r>
      <w:proofErr w:type="gramStart"/>
      <w:r w:rsidRPr="00593837">
        <w:rPr>
          <w:rFonts w:ascii="Times New Roman" w:hAnsi="Times New Roman" w:cs="Times New Roman"/>
          <w:sz w:val="18"/>
          <w:szCs w:val="18"/>
          <w:lang w:val="pl-PL"/>
        </w:rPr>
        <w:t xml:space="preserve">   (</w:t>
      </w:r>
      <w:proofErr w:type="gramEnd"/>
      <w:r w:rsidRPr="00593837">
        <w:rPr>
          <w:rFonts w:ascii="Times New Roman" w:hAnsi="Times New Roman" w:cs="Times New Roman"/>
          <w:sz w:val="18"/>
          <w:szCs w:val="18"/>
          <w:lang w:val="pl-PL"/>
        </w:rPr>
        <w:t>Zamawiający)</w:t>
      </w:r>
    </w:p>
    <w:p w14:paraId="44B7040A" w14:textId="77777777" w:rsidR="0054323A" w:rsidRPr="00593837" w:rsidRDefault="0054323A" w:rsidP="005A0AB2">
      <w:pPr>
        <w:spacing w:after="80"/>
        <w:rPr>
          <w:rFonts w:ascii="Times New Roman" w:hAnsi="Times New Roman" w:cs="Times New Roman"/>
          <w:lang w:val="pl-PL"/>
        </w:rPr>
      </w:pPr>
    </w:p>
    <w:sectPr w:rsidR="0054323A" w:rsidRPr="00593837" w:rsidSect="000F64FE">
      <w:footerReference w:type="default" r:id="rId8"/>
      <w:pgSz w:w="12240" w:h="15840"/>
      <w:pgMar w:top="1134" w:right="1185" w:bottom="1276" w:left="1134" w:header="720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34791" w14:textId="77777777" w:rsidR="004E63CF" w:rsidRDefault="004E63CF" w:rsidP="00593837">
      <w:pPr>
        <w:spacing w:after="0" w:line="240" w:lineRule="auto"/>
      </w:pPr>
      <w:r>
        <w:separator/>
      </w:r>
    </w:p>
  </w:endnote>
  <w:endnote w:type="continuationSeparator" w:id="0">
    <w:p w14:paraId="1854C6B3" w14:textId="77777777" w:rsidR="004E63CF" w:rsidRDefault="004E63CF" w:rsidP="00593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Thorndale, 'Times New Roman'">
    <w:altName w:val="Times New Roman"/>
    <w:charset w:val="00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29865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51FA6E14" w14:textId="30C5DFE7" w:rsidR="00593837" w:rsidRPr="00593837" w:rsidRDefault="00593837">
        <w:pPr>
          <w:pStyle w:val="Stopka"/>
          <w:jc w:val="right"/>
          <w:rPr>
            <w:sz w:val="18"/>
            <w:szCs w:val="18"/>
          </w:rPr>
        </w:pPr>
        <w:r w:rsidRPr="00593837">
          <w:rPr>
            <w:sz w:val="18"/>
            <w:szCs w:val="18"/>
          </w:rPr>
          <w:fldChar w:fldCharType="begin"/>
        </w:r>
        <w:r w:rsidRPr="00593837">
          <w:rPr>
            <w:sz w:val="18"/>
            <w:szCs w:val="18"/>
          </w:rPr>
          <w:instrText>PAGE   \* MERGEFORMAT</w:instrText>
        </w:r>
        <w:r w:rsidRPr="00593837">
          <w:rPr>
            <w:sz w:val="18"/>
            <w:szCs w:val="18"/>
          </w:rPr>
          <w:fldChar w:fldCharType="separate"/>
        </w:r>
        <w:r w:rsidRPr="00593837">
          <w:rPr>
            <w:sz w:val="18"/>
            <w:szCs w:val="18"/>
            <w:lang w:val="pl-PL"/>
          </w:rPr>
          <w:t>2</w:t>
        </w:r>
        <w:r w:rsidRPr="00593837">
          <w:rPr>
            <w:sz w:val="18"/>
            <w:szCs w:val="18"/>
          </w:rPr>
          <w:fldChar w:fldCharType="end"/>
        </w:r>
      </w:p>
    </w:sdtContent>
  </w:sdt>
  <w:p w14:paraId="22ADF710" w14:textId="77777777" w:rsidR="00593837" w:rsidRDefault="005938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6C6F4" w14:textId="77777777" w:rsidR="004E63CF" w:rsidRDefault="004E63CF" w:rsidP="00593837">
      <w:pPr>
        <w:spacing w:after="0" w:line="240" w:lineRule="auto"/>
      </w:pPr>
      <w:r>
        <w:separator/>
      </w:r>
    </w:p>
  </w:footnote>
  <w:footnote w:type="continuationSeparator" w:id="0">
    <w:p w14:paraId="639B7DD7" w14:textId="77777777" w:rsidR="004E63CF" w:rsidRDefault="004E63CF" w:rsidP="00593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2D"/>
    <w:multiLevelType w:val="singleLevel"/>
    <w:tmpl w:val="0000002D"/>
    <w:name w:val="WW8Num53"/>
    <w:lvl w:ilvl="0">
      <w:start w:val="1"/>
      <w:numFmt w:val="decimal"/>
      <w:lvlText w:val="%1."/>
      <w:lvlJc w:val="left"/>
      <w:pPr>
        <w:tabs>
          <w:tab w:val="num" w:pos="3049"/>
        </w:tabs>
        <w:ind w:left="3049" w:hanging="360"/>
      </w:pPr>
      <w:rPr>
        <w:rFonts w:hint="default"/>
        <w:sz w:val="22"/>
        <w:szCs w:val="20"/>
      </w:rPr>
    </w:lvl>
  </w:abstractNum>
  <w:abstractNum w:abstractNumId="10" w15:restartNumberingAfterBreak="0">
    <w:nsid w:val="06C43859"/>
    <w:multiLevelType w:val="multilevel"/>
    <w:tmpl w:val="4BDE050A"/>
    <w:lvl w:ilvl="0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082656B2"/>
    <w:multiLevelType w:val="multilevel"/>
    <w:tmpl w:val="577C8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C262CA0"/>
    <w:multiLevelType w:val="multilevel"/>
    <w:tmpl w:val="56740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3CE05AB"/>
    <w:multiLevelType w:val="multilevel"/>
    <w:tmpl w:val="93023E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140E19DE"/>
    <w:multiLevelType w:val="multilevel"/>
    <w:tmpl w:val="91D2C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0F685F"/>
    <w:multiLevelType w:val="multilevel"/>
    <w:tmpl w:val="6AA49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5EA4CDD"/>
    <w:multiLevelType w:val="multilevel"/>
    <w:tmpl w:val="0E58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3042B1"/>
    <w:multiLevelType w:val="multilevel"/>
    <w:tmpl w:val="BA7800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271E6880"/>
    <w:multiLevelType w:val="hybridMultilevel"/>
    <w:tmpl w:val="4A88BB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1655A5"/>
    <w:multiLevelType w:val="multilevel"/>
    <w:tmpl w:val="DFFC6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9C72D9"/>
    <w:multiLevelType w:val="multilevel"/>
    <w:tmpl w:val="56E05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666315"/>
    <w:multiLevelType w:val="multilevel"/>
    <w:tmpl w:val="C908B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D50935"/>
    <w:multiLevelType w:val="multilevel"/>
    <w:tmpl w:val="31A299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A0D4A0E"/>
    <w:multiLevelType w:val="multilevel"/>
    <w:tmpl w:val="9372F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BFC6246"/>
    <w:multiLevelType w:val="multilevel"/>
    <w:tmpl w:val="E40EA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C2A4BD6"/>
    <w:multiLevelType w:val="multilevel"/>
    <w:tmpl w:val="2CE80E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A43E5D"/>
    <w:multiLevelType w:val="hybridMultilevel"/>
    <w:tmpl w:val="234A2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5E79FB"/>
    <w:multiLevelType w:val="multilevel"/>
    <w:tmpl w:val="45649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660230F"/>
    <w:multiLevelType w:val="multilevel"/>
    <w:tmpl w:val="74869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C800657"/>
    <w:multiLevelType w:val="multilevel"/>
    <w:tmpl w:val="E4CC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0444D0"/>
    <w:multiLevelType w:val="multilevel"/>
    <w:tmpl w:val="41781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A884F7E"/>
    <w:multiLevelType w:val="multilevel"/>
    <w:tmpl w:val="F0AC7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271950"/>
    <w:multiLevelType w:val="multilevel"/>
    <w:tmpl w:val="829AE0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6BF6A29"/>
    <w:multiLevelType w:val="hybridMultilevel"/>
    <w:tmpl w:val="CD5CC0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78094B"/>
    <w:multiLevelType w:val="multilevel"/>
    <w:tmpl w:val="3BF8EE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6B816F71"/>
    <w:multiLevelType w:val="multilevel"/>
    <w:tmpl w:val="3C981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EDB22AA"/>
    <w:multiLevelType w:val="multilevel"/>
    <w:tmpl w:val="1D0E2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948035D"/>
    <w:multiLevelType w:val="multilevel"/>
    <w:tmpl w:val="7C600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D130AE1"/>
    <w:multiLevelType w:val="multilevel"/>
    <w:tmpl w:val="FB221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D80740"/>
    <w:multiLevelType w:val="multilevel"/>
    <w:tmpl w:val="660AE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442348">
    <w:abstractNumId w:val="8"/>
  </w:num>
  <w:num w:numId="2" w16cid:durableId="2030445590">
    <w:abstractNumId w:val="6"/>
  </w:num>
  <w:num w:numId="3" w16cid:durableId="1846819550">
    <w:abstractNumId w:val="5"/>
  </w:num>
  <w:num w:numId="4" w16cid:durableId="920867979">
    <w:abstractNumId w:val="4"/>
  </w:num>
  <w:num w:numId="5" w16cid:durableId="1658800634">
    <w:abstractNumId w:val="7"/>
  </w:num>
  <w:num w:numId="6" w16cid:durableId="740098325">
    <w:abstractNumId w:val="3"/>
  </w:num>
  <w:num w:numId="7" w16cid:durableId="937375497">
    <w:abstractNumId w:val="2"/>
  </w:num>
  <w:num w:numId="8" w16cid:durableId="666135104">
    <w:abstractNumId w:val="1"/>
  </w:num>
  <w:num w:numId="9" w16cid:durableId="1423406475">
    <w:abstractNumId w:val="0"/>
  </w:num>
  <w:num w:numId="10" w16cid:durableId="1924492537">
    <w:abstractNumId w:val="33"/>
  </w:num>
  <w:num w:numId="11" w16cid:durableId="1012880758">
    <w:abstractNumId w:val="34"/>
  </w:num>
  <w:num w:numId="12" w16cid:durableId="1362900969">
    <w:abstractNumId w:val="26"/>
  </w:num>
  <w:num w:numId="13" w16cid:durableId="744689103">
    <w:abstractNumId w:val="38"/>
  </w:num>
  <w:num w:numId="14" w16cid:durableId="681317719">
    <w:abstractNumId w:val="10"/>
  </w:num>
  <w:num w:numId="15" w16cid:durableId="2105228561">
    <w:abstractNumId w:val="29"/>
  </w:num>
  <w:num w:numId="16" w16cid:durableId="807210880">
    <w:abstractNumId w:val="11"/>
  </w:num>
  <w:num w:numId="17" w16cid:durableId="902838389">
    <w:abstractNumId w:val="30"/>
  </w:num>
  <w:num w:numId="18" w16cid:durableId="545801532">
    <w:abstractNumId w:val="13"/>
  </w:num>
  <w:num w:numId="19" w16cid:durableId="1049886925">
    <w:abstractNumId w:val="16"/>
  </w:num>
  <w:num w:numId="20" w16cid:durableId="1790660511">
    <w:abstractNumId w:val="37"/>
  </w:num>
  <w:num w:numId="21" w16cid:durableId="1953513733">
    <w:abstractNumId w:val="25"/>
  </w:num>
  <w:num w:numId="22" w16cid:durableId="103429859">
    <w:abstractNumId w:val="39"/>
  </w:num>
  <w:num w:numId="23" w16cid:durableId="97407489">
    <w:abstractNumId w:val="15"/>
  </w:num>
  <w:num w:numId="24" w16cid:durableId="1241865456">
    <w:abstractNumId w:val="20"/>
  </w:num>
  <w:num w:numId="25" w16cid:durableId="1490824919">
    <w:abstractNumId w:val="12"/>
  </w:num>
  <w:num w:numId="26" w16cid:durableId="229048798">
    <w:abstractNumId w:val="14"/>
  </w:num>
  <w:num w:numId="27" w16cid:durableId="674963173">
    <w:abstractNumId w:val="21"/>
  </w:num>
  <w:num w:numId="28" w16cid:durableId="1686906916">
    <w:abstractNumId w:val="22"/>
  </w:num>
  <w:num w:numId="29" w16cid:durableId="1152674580">
    <w:abstractNumId w:val="18"/>
  </w:num>
  <w:num w:numId="30" w16cid:durableId="941230199">
    <w:abstractNumId w:val="17"/>
  </w:num>
  <w:num w:numId="31" w16cid:durableId="129792303">
    <w:abstractNumId w:val="9"/>
  </w:num>
  <w:num w:numId="32" w16cid:durableId="2060976233">
    <w:abstractNumId w:val="24"/>
  </w:num>
  <w:num w:numId="33" w16cid:durableId="734283748">
    <w:abstractNumId w:val="35"/>
  </w:num>
  <w:num w:numId="34" w16cid:durableId="446463072">
    <w:abstractNumId w:val="23"/>
  </w:num>
  <w:num w:numId="35" w16cid:durableId="626745070">
    <w:abstractNumId w:val="32"/>
  </w:num>
  <w:num w:numId="36" w16cid:durableId="2131583476">
    <w:abstractNumId w:val="19"/>
  </w:num>
  <w:num w:numId="37" w16cid:durableId="919601567">
    <w:abstractNumId w:val="28"/>
  </w:num>
  <w:num w:numId="38" w16cid:durableId="1930235639">
    <w:abstractNumId w:val="36"/>
  </w:num>
  <w:num w:numId="39" w16cid:durableId="1546285617">
    <w:abstractNumId w:val="27"/>
  </w:num>
  <w:num w:numId="40" w16cid:durableId="138976555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173"/>
    <w:rsid w:val="0006063C"/>
    <w:rsid w:val="00073E1F"/>
    <w:rsid w:val="000F64FE"/>
    <w:rsid w:val="0015074B"/>
    <w:rsid w:val="00151DE7"/>
    <w:rsid w:val="00191656"/>
    <w:rsid w:val="001D4968"/>
    <w:rsid w:val="0029639D"/>
    <w:rsid w:val="002F2CBF"/>
    <w:rsid w:val="00326F90"/>
    <w:rsid w:val="0035222D"/>
    <w:rsid w:val="00454F9D"/>
    <w:rsid w:val="00484402"/>
    <w:rsid w:val="004E63CF"/>
    <w:rsid w:val="0054323A"/>
    <w:rsid w:val="00593837"/>
    <w:rsid w:val="005A0AB2"/>
    <w:rsid w:val="005C6610"/>
    <w:rsid w:val="005C69E1"/>
    <w:rsid w:val="005F2A19"/>
    <w:rsid w:val="006A3F41"/>
    <w:rsid w:val="006C42D4"/>
    <w:rsid w:val="008567DF"/>
    <w:rsid w:val="008C33FE"/>
    <w:rsid w:val="008C4D5E"/>
    <w:rsid w:val="00992E93"/>
    <w:rsid w:val="00A0545E"/>
    <w:rsid w:val="00A16942"/>
    <w:rsid w:val="00A456AC"/>
    <w:rsid w:val="00A80CCD"/>
    <w:rsid w:val="00A80EE9"/>
    <w:rsid w:val="00AA1D8D"/>
    <w:rsid w:val="00B0398F"/>
    <w:rsid w:val="00B47730"/>
    <w:rsid w:val="00B971C9"/>
    <w:rsid w:val="00BB4C60"/>
    <w:rsid w:val="00C87978"/>
    <w:rsid w:val="00CB0664"/>
    <w:rsid w:val="00CB7826"/>
    <w:rsid w:val="00CC6090"/>
    <w:rsid w:val="00D327CD"/>
    <w:rsid w:val="00D44F27"/>
    <w:rsid w:val="00D45474"/>
    <w:rsid w:val="00DC1C53"/>
    <w:rsid w:val="00DC334A"/>
    <w:rsid w:val="00DF18C4"/>
    <w:rsid w:val="00E06533"/>
    <w:rsid w:val="00E4149A"/>
    <w:rsid w:val="00E6043B"/>
    <w:rsid w:val="00F67179"/>
    <w:rsid w:val="00FB0AF8"/>
    <w:rsid w:val="00FB1F8F"/>
    <w:rsid w:val="00FC693F"/>
    <w:rsid w:val="00FF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AA285"/>
  <w14:defaultImageDpi w14:val="300"/>
  <w15:docId w15:val="{7AA7BCDC-7030-4936-A584-81539C1DA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ard">
    <w:name w:val="Standard"/>
    <w:rsid w:val="00E6043B"/>
    <w:pPr>
      <w:widowControl w:val="0"/>
      <w:suppressAutoHyphens/>
      <w:autoSpaceDN w:val="0"/>
      <w:spacing w:after="0" w:line="240" w:lineRule="auto"/>
    </w:pPr>
    <w:rPr>
      <w:rFonts w:ascii="Thorndale, 'Times New Roman'" w:eastAsia="HG Mincho Light J" w:hAnsi="Thorndale, 'Times New Roman'" w:cs="Thorndale, 'Times New Roman'"/>
      <w:color w:val="000000"/>
      <w:kern w:val="3"/>
      <w:sz w:val="24"/>
      <w:szCs w:val="20"/>
      <w:lang w:val="pl-PL" w:eastAsia="zh-CN"/>
    </w:rPr>
  </w:style>
  <w:style w:type="paragraph" w:styleId="NormalnyWeb">
    <w:name w:val="Normal (Web)"/>
    <w:basedOn w:val="Normalny"/>
    <w:uiPriority w:val="99"/>
    <w:semiHidden/>
    <w:unhideWhenUsed/>
    <w:rsid w:val="008C33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WW-Tekstpodstawowy2">
    <w:name w:val="WW-Tekst podstawowy 2"/>
    <w:basedOn w:val="Normalny"/>
    <w:rsid w:val="00BB4C60"/>
    <w:pPr>
      <w:widowControl w:val="0"/>
      <w:suppressAutoHyphens/>
      <w:spacing w:after="0" w:line="240" w:lineRule="auto"/>
    </w:pPr>
    <w:rPr>
      <w:rFonts w:ascii="Thorndale" w:eastAsia="HG Mincho Light J" w:hAnsi="Thorndale" w:cs="Thorndale"/>
      <w:b/>
      <w:color w:val="000000"/>
      <w:sz w:val="24"/>
      <w:szCs w:val="20"/>
      <w:lang w:val="pl-PL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1497</Words>
  <Characters>8986</Characters>
  <Application>Microsoft Office Word</Application>
  <DocSecurity>0</DocSecurity>
  <Lines>74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10463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Dariusz Sady</cp:lastModifiedBy>
  <cp:revision>10</cp:revision>
  <cp:lastPrinted>2026-10-28T12:54:00Z</cp:lastPrinted>
  <dcterms:created xsi:type="dcterms:W3CDTF">2026-10-26T11:05:00Z</dcterms:created>
  <dcterms:modified xsi:type="dcterms:W3CDTF">2026-10-28T13:19:00Z</dcterms:modified>
  <cp:category/>
</cp:coreProperties>
</file>